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041154" w14:textId="77777777" w:rsidR="00674320" w:rsidRDefault="00674320" w:rsidP="00674320">
      <w:pPr>
        <w:jc w:val="center"/>
      </w:pPr>
      <w:r>
        <w:rPr>
          <w:b/>
          <w:sz w:val="48"/>
        </w:rPr>
        <w:t>DIVINE WAR</w:t>
      </w:r>
      <w:r>
        <w:rPr>
          <w:b/>
          <w:sz w:val="48"/>
        </w:rPr>
        <w:br/>
      </w:r>
    </w:p>
    <w:p w14:paraId="0119B184" w14:textId="1F524EEE" w:rsidR="00674320" w:rsidRDefault="00674320" w:rsidP="00674320">
      <w:pPr>
        <w:jc w:val="center"/>
      </w:pPr>
      <w:r>
        <w:rPr>
          <w:i/>
          <w:sz w:val="28"/>
        </w:rPr>
        <w:t xml:space="preserve">La nueva Biblia </w:t>
      </w:r>
      <w:r>
        <w:rPr>
          <w:i/>
          <w:sz w:val="28"/>
        </w:rPr>
        <w:br/>
      </w:r>
      <w:r>
        <w:rPr>
          <w:i/>
          <w:sz w:val="28"/>
        </w:rPr>
        <w:br/>
      </w:r>
    </w:p>
    <w:p w14:paraId="51BBBAF1" w14:textId="77777777" w:rsidR="00674320" w:rsidRDefault="00674320" w:rsidP="00674320">
      <w:pPr>
        <w:jc w:val="center"/>
      </w:pPr>
      <w:r>
        <w:rPr>
          <w:sz w:val="28"/>
        </w:rPr>
        <w:t>por</w:t>
      </w:r>
      <w:r>
        <w:rPr>
          <w:sz w:val="28"/>
        </w:rPr>
        <w:br/>
        <w:t>Iván Muñoz</w:t>
      </w:r>
    </w:p>
    <w:p w14:paraId="29FF8CEA" w14:textId="77777777" w:rsidR="00674320" w:rsidRDefault="00674320" w:rsidP="00674320">
      <w:r>
        <w:br w:type="page"/>
      </w:r>
    </w:p>
    <w:p w14:paraId="4BCDB863" w14:textId="77777777" w:rsidR="00674320" w:rsidRDefault="00674320" w:rsidP="00674320">
      <w:pPr>
        <w:jc w:val="center"/>
      </w:pPr>
      <w:r>
        <w:rPr>
          <w:b/>
          <w:sz w:val="32"/>
        </w:rPr>
        <w:lastRenderedPageBreak/>
        <w:t>DIVINE WAR</w:t>
      </w:r>
    </w:p>
    <w:p w14:paraId="2E277D77" w14:textId="77777777" w:rsidR="00674320" w:rsidRDefault="00674320" w:rsidP="00674320">
      <w:r>
        <w:t>© 2025 Iván Muñoz</w:t>
      </w:r>
      <w:r>
        <w:br/>
        <w:t>Todos los derechos reservados.</w:t>
      </w:r>
      <w:r>
        <w:br/>
      </w:r>
      <w:r>
        <w:br/>
        <w:t>Ninguna parte de esta publicación puede reproducirse, almacenarse en un sistema de recuperación ni transmitirse, en ninguna forma ni por ningún medio, electrónico, mecánico, fotocopiado, grabado o de otro tipo, sin el permiso previo por escrito del autor, excepto en el caso de citas breves utilizadas en artículos o reseñas.</w:t>
      </w:r>
      <w:r>
        <w:br/>
      </w:r>
      <w:r>
        <w:br/>
        <w:t>Primera edición: 2025</w:t>
      </w:r>
      <w:r>
        <w:br/>
        <w:t>ISBN: (Se asignará al publicar en Amazon KDP)</w:t>
      </w:r>
    </w:p>
    <w:p w14:paraId="3C050D5B" w14:textId="77777777" w:rsidR="00674320" w:rsidRDefault="00674320" w:rsidP="00674320">
      <w:r>
        <w:br w:type="page"/>
      </w:r>
    </w:p>
    <w:p w14:paraId="28DE2EB5" w14:textId="542A7147" w:rsidR="00674320" w:rsidRDefault="00674320" w:rsidP="00674320">
      <w:pPr>
        <w:jc w:val="center"/>
        <w:rPr>
          <w:b/>
          <w:sz w:val="32"/>
        </w:rPr>
      </w:pPr>
      <w:r>
        <w:rPr>
          <w:b/>
          <w:sz w:val="32"/>
        </w:rPr>
        <w:lastRenderedPageBreak/>
        <w:t>PRÓLOGO</w:t>
      </w:r>
    </w:p>
    <w:p w14:paraId="7B4883A9" w14:textId="77777777" w:rsidR="00674320" w:rsidRDefault="00674320" w:rsidP="00674320">
      <w:pPr>
        <w:jc w:val="center"/>
      </w:pPr>
    </w:p>
    <w:p w14:paraId="5449F6F5" w14:textId="27AD1641" w:rsidR="00674320" w:rsidRDefault="00674320" w:rsidP="00674320">
      <w:pPr>
        <w:rPr>
          <w:rFonts w:ascii="Times New Roman" w:hAnsi="Times New Roman" w:cs="Times New Roman"/>
          <w:sz w:val="24"/>
          <w:szCs w:val="24"/>
        </w:rPr>
      </w:pPr>
      <w:r w:rsidRPr="00674320">
        <w:rPr>
          <w:rFonts w:ascii="Times New Roman" w:hAnsi="Times New Roman" w:cs="Times New Roman"/>
          <w:sz w:val="24"/>
          <w:szCs w:val="24"/>
        </w:rPr>
        <w:t>Una sesuda</w:t>
      </w:r>
      <w:r>
        <w:rPr>
          <w:rFonts w:ascii="Times New Roman" w:hAnsi="Times New Roman" w:cs="Times New Roman"/>
          <w:sz w:val="24"/>
          <w:szCs w:val="24"/>
        </w:rPr>
        <w:t xml:space="preserve"> disertación filosófica que abarca, desde un nuevo prisma sociocultural y politico, el paradigma de la creación; tomando como referencia la visión antropocéntrica y te voy a ser sincer</w:t>
      </w:r>
      <w:r w:rsidR="00CE1626">
        <w:rPr>
          <w:rFonts w:ascii="Times New Roman" w:hAnsi="Times New Roman" w:cs="Times New Roman"/>
          <w:sz w:val="24"/>
          <w:szCs w:val="24"/>
        </w:rPr>
        <w:t>o</w:t>
      </w:r>
      <w:r>
        <w:rPr>
          <w:rFonts w:ascii="Times New Roman" w:hAnsi="Times New Roman" w:cs="Times New Roman"/>
          <w:sz w:val="24"/>
          <w:szCs w:val="24"/>
        </w:rPr>
        <w:t>: si llegado a este punto s</w:t>
      </w:r>
      <w:r w:rsidR="00DA730A">
        <w:rPr>
          <w:rFonts w:ascii="Times New Roman" w:hAnsi="Times New Roman" w:cs="Times New Roman"/>
          <w:sz w:val="24"/>
          <w:szCs w:val="24"/>
        </w:rPr>
        <w:t>i</w:t>
      </w:r>
      <w:r>
        <w:rPr>
          <w:rFonts w:ascii="Times New Roman" w:hAnsi="Times New Roman" w:cs="Times New Roman"/>
          <w:sz w:val="24"/>
          <w:szCs w:val="24"/>
        </w:rPr>
        <w:t>gues leyendo, es que me amas de verdad. Porque es</w:t>
      </w:r>
      <w:r w:rsidR="00CE1626">
        <w:rPr>
          <w:rFonts w:ascii="Times New Roman" w:hAnsi="Times New Roman" w:cs="Times New Roman"/>
          <w:sz w:val="24"/>
          <w:szCs w:val="24"/>
        </w:rPr>
        <w:t>to que he hecho es</w:t>
      </w:r>
      <w:r>
        <w:rPr>
          <w:rFonts w:ascii="Times New Roman" w:hAnsi="Times New Roman" w:cs="Times New Roman"/>
          <w:sz w:val="24"/>
          <w:szCs w:val="24"/>
        </w:rPr>
        <w:t xml:space="preserve"> un poco criba. En parte</w:t>
      </w:r>
      <w:r w:rsidR="007C6362">
        <w:rPr>
          <w:rFonts w:ascii="Times New Roman" w:hAnsi="Times New Roman" w:cs="Times New Roman"/>
          <w:sz w:val="24"/>
          <w:szCs w:val="24"/>
        </w:rPr>
        <w:t xml:space="preserve">, </w:t>
      </w:r>
      <w:r>
        <w:rPr>
          <w:rFonts w:ascii="Times New Roman" w:hAnsi="Times New Roman" w:cs="Times New Roman"/>
          <w:sz w:val="24"/>
          <w:szCs w:val="24"/>
        </w:rPr>
        <w:t>porque no me interesa que leas el prólogo, quiero que vayas a leer la obra directamente. Tambien porque quiero quitarme a los yonquis de tiktok que, si no les cautivas en 5 segundos, se vas como un gato que te quiere cuando le interesa. Pero, si con las dos primeras líneas, premeditadamente coñazo, segues aquí, me puedes pedir un riñón por la calle. Te juro que te lo doy sin que me amenazas con navaja ni nada. Para saber que te lo mereces, dime la palabra clave que me demuestra que llegaste al final: Lentejas con Pajares. Yo te entenderé y te dire: “suyo es mi órgano, señora o caballero, lo que prefieras. Esta obra no contiene trazas de patriarcado, creo.</w:t>
      </w:r>
    </w:p>
    <w:p w14:paraId="10CB8A4D" w14:textId="6B0928B0" w:rsidR="00674320" w:rsidRDefault="00674320" w:rsidP="00674320">
      <w:pPr>
        <w:rPr>
          <w:rFonts w:ascii="Times New Roman" w:hAnsi="Times New Roman" w:cs="Times New Roman"/>
          <w:sz w:val="24"/>
          <w:szCs w:val="24"/>
        </w:rPr>
      </w:pPr>
      <w:r>
        <w:rPr>
          <w:rFonts w:ascii="Times New Roman" w:hAnsi="Times New Roman" w:cs="Times New Roman"/>
          <w:sz w:val="24"/>
          <w:szCs w:val="24"/>
        </w:rPr>
        <w:t>Si tú crees que sí, yo me fiaré de ti por haber llegado hasta aquí.</w:t>
      </w:r>
    </w:p>
    <w:p w14:paraId="596AEA50" w14:textId="121ED1B5" w:rsidR="00674320" w:rsidRDefault="00674320" w:rsidP="00674320">
      <w:pPr>
        <w:rPr>
          <w:rFonts w:ascii="Times New Roman" w:hAnsi="Times New Roman" w:cs="Times New Roman"/>
          <w:sz w:val="24"/>
          <w:szCs w:val="24"/>
        </w:rPr>
      </w:pPr>
      <w:r>
        <w:rPr>
          <w:rFonts w:ascii="Times New Roman" w:hAnsi="Times New Roman" w:cs="Times New Roman"/>
          <w:sz w:val="24"/>
          <w:szCs w:val="24"/>
        </w:rPr>
        <w:t xml:space="preserve">Bueno, escucha: Dios tiene otro hijo en la Tierra. Ha pasado mucho tiempo y es una revolución que provoca una Guerra Divina del Cielo contra el infierno. Unos quieren que nazca, otros impeder su Nacimiento. Demonios contra ángeles; Dios se enfrenta a Satanás, San Pedro a la Paloma que engendró a la Virgen… No has visto tanta acción desde </w:t>
      </w:r>
      <w:r w:rsidR="00793B7A" w:rsidRPr="00793B7A">
        <w:rPr>
          <w:rFonts w:ascii="Times New Roman" w:hAnsi="Times New Roman" w:cs="Times New Roman"/>
          <w:i/>
          <w:iCs/>
          <w:sz w:val="24"/>
          <w:szCs w:val="24"/>
        </w:rPr>
        <w:t>Vente a Alemania, Pepe</w:t>
      </w:r>
      <w:r w:rsidRPr="00793B7A">
        <w:rPr>
          <w:rFonts w:ascii="Times New Roman" w:hAnsi="Times New Roman" w:cs="Times New Roman"/>
          <w:i/>
          <w:iCs/>
          <w:sz w:val="24"/>
          <w:szCs w:val="24"/>
        </w:rPr>
        <w:t>.</w:t>
      </w:r>
    </w:p>
    <w:p w14:paraId="6D6727E5" w14:textId="1FD78584" w:rsidR="00674320" w:rsidRDefault="00674320" w:rsidP="00674320">
      <w:pPr>
        <w:rPr>
          <w:rFonts w:ascii="Times New Roman" w:hAnsi="Times New Roman" w:cs="Times New Roman"/>
          <w:sz w:val="24"/>
          <w:szCs w:val="24"/>
        </w:rPr>
      </w:pPr>
    </w:p>
    <w:p w14:paraId="2A29CDC7" w14:textId="14FAE0F7" w:rsidR="00674320" w:rsidRDefault="00674320" w:rsidP="00674320">
      <w:pPr>
        <w:rPr>
          <w:rFonts w:ascii="Times New Roman" w:hAnsi="Times New Roman" w:cs="Times New Roman"/>
          <w:sz w:val="24"/>
          <w:szCs w:val="24"/>
        </w:rPr>
      </w:pPr>
      <w:r>
        <w:rPr>
          <w:rFonts w:ascii="Times New Roman" w:hAnsi="Times New Roman" w:cs="Times New Roman"/>
          <w:sz w:val="24"/>
          <w:szCs w:val="24"/>
        </w:rPr>
        <w:t>DISFRÚTALA.</w:t>
      </w:r>
    </w:p>
    <w:p w14:paraId="710BCF44" w14:textId="77777777" w:rsidR="00674320" w:rsidRPr="00674320" w:rsidRDefault="00674320" w:rsidP="00674320">
      <w:pPr>
        <w:rPr>
          <w:rFonts w:ascii="Times New Roman" w:hAnsi="Times New Roman" w:cs="Times New Roman"/>
          <w:sz w:val="24"/>
          <w:szCs w:val="24"/>
        </w:rPr>
      </w:pPr>
    </w:p>
    <w:p w14:paraId="3D49C47F" w14:textId="77777777" w:rsidR="00674320" w:rsidRDefault="00674320">
      <w:pPr>
        <w:rPr>
          <w:rFonts w:ascii="Times New Roman" w:hAnsi="Times New Roman" w:cs="Times New Roman"/>
          <w:b/>
          <w:bCs/>
          <w:sz w:val="36"/>
          <w:szCs w:val="36"/>
        </w:rPr>
      </w:pPr>
      <w:r>
        <w:rPr>
          <w:rFonts w:ascii="Times New Roman" w:hAnsi="Times New Roman" w:cs="Times New Roman"/>
          <w:b/>
          <w:bCs/>
          <w:sz w:val="36"/>
          <w:szCs w:val="36"/>
        </w:rPr>
        <w:br w:type="page"/>
      </w:r>
    </w:p>
    <w:p w14:paraId="2580007E" w14:textId="053AD6A9" w:rsidR="00872884" w:rsidRPr="009D6BAD" w:rsidRDefault="009D6BAD" w:rsidP="00FD605C">
      <w:pPr>
        <w:jc w:val="both"/>
        <w:rPr>
          <w:rFonts w:ascii="Times New Roman" w:hAnsi="Times New Roman" w:cs="Times New Roman"/>
          <w:b/>
          <w:bCs/>
          <w:sz w:val="36"/>
          <w:szCs w:val="36"/>
        </w:rPr>
      </w:pPr>
      <w:r w:rsidRPr="009D6BAD">
        <w:rPr>
          <w:rFonts w:ascii="Times New Roman" w:hAnsi="Times New Roman" w:cs="Times New Roman"/>
          <w:b/>
          <w:bCs/>
          <w:sz w:val="36"/>
          <w:szCs w:val="36"/>
        </w:rPr>
        <w:lastRenderedPageBreak/>
        <w:t>DIVINE WAR</w:t>
      </w:r>
    </w:p>
    <w:p w14:paraId="3A9FAF06" w14:textId="77777777" w:rsidR="00872884" w:rsidRPr="009D6BAD" w:rsidRDefault="00872884" w:rsidP="00FD605C">
      <w:pPr>
        <w:jc w:val="both"/>
        <w:rPr>
          <w:rFonts w:ascii="Times New Roman" w:hAnsi="Times New Roman" w:cs="Times New Roman"/>
          <w:sz w:val="24"/>
          <w:szCs w:val="24"/>
        </w:rPr>
      </w:pPr>
    </w:p>
    <w:p w14:paraId="1B0A5D7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(1Cielo. Día . Ext.)</w:t>
      </w:r>
    </w:p>
    <w:p w14:paraId="77AF468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está sentado en una silla, con los pies encima de la mesa, bebiéndose una cerveza. Su secretaria está a su lado, con unos papeles en la mano.</w:t>
      </w:r>
    </w:p>
    <w:p w14:paraId="1A30EB9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SECRETARIA</w:t>
      </w:r>
    </w:p>
    <w:p w14:paraId="61CB4EE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Señor, las oraciones de esta semana han sido especialmente abundantes. Se las voy a dejar para que las lea, a ver si hoy decide encargarse de alguna.</w:t>
      </w:r>
    </w:p>
    <w:p w14:paraId="4F9E09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7CCED0A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¿Tienen dibujos?</w:t>
      </w:r>
    </w:p>
    <w:p w14:paraId="2526893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SECRETARIA</w:t>
      </w:r>
    </w:p>
    <w:p w14:paraId="526A6C2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¿Las oraciones?</w:t>
      </w:r>
    </w:p>
    <w:p w14:paraId="57C2F87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6DC2DC3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que si no es un coñazo ir leyéndolas todas. ¿Tienen dibujos o qué?</w:t>
      </w:r>
    </w:p>
    <w:p w14:paraId="67866AB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SECRETARIA</w:t>
      </w:r>
    </w:p>
    <w:p w14:paraId="2AB9C92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Señor, son ruegos que le manda la gente para que le ayude a superar problemas graves de su vida.</w:t>
      </w:r>
    </w:p>
    <w:p w14:paraId="3467882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se queda mirándola expectante.</w:t>
      </w:r>
    </w:p>
    <w:p w14:paraId="02DE507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SECRETARIA</w:t>
      </w:r>
    </w:p>
    <w:p w14:paraId="25C12C4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señor, no tienen dibujos.</w:t>
      </w:r>
    </w:p>
    <w:p w14:paraId="7ECCC48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109DA3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Vaya mierda. Tíralas por ahí.</w:t>
      </w:r>
    </w:p>
    <w:p w14:paraId="0A8AC21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SECRETARIA</w:t>
      </w:r>
    </w:p>
    <w:p w14:paraId="084552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señor, voy a leerle algunas y quiero que se encargue por lo menos de alguna.</w:t>
      </w:r>
    </w:p>
    <w:p w14:paraId="6687AB1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7DBB78E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si te invito a una cerveza no me lees ninguna?</w:t>
      </w:r>
    </w:p>
    <w:p w14:paraId="1C1A372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lastRenderedPageBreak/>
        <w:t>SECRETARIA (IGNORÁNDOLE)</w:t>
      </w:r>
    </w:p>
    <w:p w14:paraId="34C3533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Primera: Una familia ha perdido su casa en un terremoto y le piden a usted que les dé un hogar. Segunda: Un drogadicto le ruega que le ayude a salir de las drogas. Tercera: Un anciano quiere dinero para comprar cocaína. Cuarta…</w:t>
      </w:r>
    </w:p>
    <w:p w14:paraId="445B988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08F84EF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(interrumpiéndole): Dale dos kilos de farla al viejo y el resto ya lo iré viendo después de la siesta.</w:t>
      </w:r>
    </w:p>
    <w:p w14:paraId="38F90E6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SECRETARIA</w:t>
      </w:r>
    </w:p>
    <w:p w14:paraId="45A953C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¿Quiere que le de 2 kg de cocaína a un hombre de 84 años?</w:t>
      </w:r>
    </w:p>
    <w:p w14:paraId="0BFF465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5B3A640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que a su edad necesitan tener un poco de vitalidad. Ponle 3 kg por si se le acaba pronto.</w:t>
      </w:r>
    </w:p>
    <w:p w14:paraId="6A1C340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SECRETARIA</w:t>
      </w:r>
    </w:p>
    <w:p w14:paraId="57043E4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Como quiera. ¿Algo más?</w:t>
      </w:r>
    </w:p>
    <w:p w14:paraId="58D5951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14C64E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tráeme otra cerveza. (Tira la lata vacía al suelo).</w:t>
      </w:r>
    </w:p>
    <w:p w14:paraId="16B5E45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secretaria va a marcharse, pero Dios la detiene.</w:t>
      </w:r>
    </w:p>
    <w:p w14:paraId="5B05C2A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070A8E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¡Ahhh, otra cosa! Dile a mi socio que pase.</w:t>
      </w:r>
    </w:p>
    <w:p w14:paraId="3B10CAF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SECRETARIA</w:t>
      </w:r>
    </w:p>
    <w:p w14:paraId="0E47DF3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serio? ¿A su…?</w:t>
      </w:r>
    </w:p>
    <w:p w14:paraId="764C221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61C5B58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dile que pase, que quiero hablar con él.</w:t>
      </w:r>
    </w:p>
    <w:p w14:paraId="78D129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SECRETARIA</w:t>
      </w:r>
    </w:p>
    <w:p w14:paraId="0B33BA3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Ay Dios, que le voy a ver. ¿Cómo tengo el pelo?</w:t>
      </w:r>
    </w:p>
    <w:p w14:paraId="5A7BF8F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610A266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qué sé.</w:t>
      </w:r>
    </w:p>
    <w:p w14:paraId="5D6FB94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SECRETARIA (MIRÁNDOSE EN UN ESPEJO)</w:t>
      </w:r>
    </w:p>
    <w:p w14:paraId="222472D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tengo comida entre los dientes ni nada no?</w:t>
      </w:r>
    </w:p>
    <w:p w14:paraId="6B55D6C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571E619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no entiendo qué coño veis en él. Llámale, haz el favor.</w:t>
      </w:r>
    </w:p>
    <w:p w14:paraId="4393E10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SECRETARIA</w:t>
      </w:r>
    </w:p>
    <w:p w14:paraId="1B2BF82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señor, ahora mismo.</w:t>
      </w:r>
    </w:p>
    <w:p w14:paraId="00DC7FC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secretaria se marcha, peinándose y atusándose el pelo.</w:t>
      </w:r>
    </w:p>
    <w:p w14:paraId="261F06A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menea la cabeza. Coge la lata del suelo e intenta apurar las últimas gotas. Cuando ve que no quedan, desiste y la tira de nuevo.</w:t>
      </w:r>
    </w:p>
    <w:p w14:paraId="0F4F1D3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secretaria entra de nuevo.</w:t>
      </w:r>
    </w:p>
    <w:p w14:paraId="691FD5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SECRETARIA</w:t>
      </w:r>
    </w:p>
    <w:p w14:paraId="053D39A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Señor, parece que su socio está…ehm..liado.</w:t>
      </w:r>
    </w:p>
    <w:p w14:paraId="18D9FA2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7D5DE0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es que siempre igual. Si está en la puta habitación de al lado. Tráetelo, que es importante.</w:t>
      </w:r>
    </w:p>
    <w:p w14:paraId="156F6D1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secretaria se marcha de nuevo. Vuelve al instante con el socio de Dios agarrada de su brazo. Al entrar en escena se ve que es una Paloma con gafas de sol.</w:t>
      </w:r>
    </w:p>
    <w:p w14:paraId="6EB9777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SECRETARIA</w:t>
      </w:r>
    </w:p>
    <w:p w14:paraId="5C28846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 apetecería mucho ver tu habitación otro día con más calma, quién sabe, podríamos cenar ahí viendo una peli y…</w:t>
      </w:r>
    </w:p>
    <w:p w14:paraId="196BD5D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58F8111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Lo siento nena, pero mi nidito de soltero es demasiado pequeño para los dos.</w:t>
      </w:r>
    </w:p>
    <w:p w14:paraId="3FB58E9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Ella se entristece.</w:t>
      </w:r>
    </w:p>
    <w:p w14:paraId="332BA61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2C8EE65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eres un encanto, así que le daré un par de vueltas a la idea. Dame un beso, cielo.</w:t>
      </w:r>
    </w:p>
    <w:p w14:paraId="0128783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Él pone la mejilla. Ella le besa y sale por la puerta.</w:t>
      </w:r>
    </w:p>
    <w:p w14:paraId="0898CE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Paloma se quita las gafas y las tira encima de la mesa de Dios.</w:t>
      </w:r>
    </w:p>
    <w:p w14:paraId="693867F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33F8456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puede ser importante, barbas. Tengo una morena esperándome en la habitación, ansiosa de romper el mito de que los ángeles no tienen sexo.</w:t>
      </w:r>
    </w:p>
    <w:p w14:paraId="568C6A0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63CC329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Estás despedido.</w:t>
      </w:r>
    </w:p>
    <w:p w14:paraId="2BBD662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se ríe, incrédulo.</w:t>
      </w:r>
    </w:p>
    <w:p w14:paraId="1C03DE5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5B74E3E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Claro, muy buena, tío.</w:t>
      </w:r>
    </w:p>
    <w:p w14:paraId="2E58E9C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240CE8E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en serio. Coge tu alpiste y tus mierdas y lárgate.</w:t>
      </w:r>
    </w:p>
    <w:p w14:paraId="1E4FEAE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7AF3FCA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Un momento… ¿de qué va esto?</w:t>
      </w:r>
    </w:p>
    <w:p w14:paraId="7D3097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4C25FF4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 mí echándote a la puta calle. De eso va esto, coño.</w:t>
      </w:r>
    </w:p>
    <w:p w14:paraId="68BE5E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6A3EC77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ver, a ver…No me lo puedo creer. ¿A la calle por qué? No entiendo nada.</w:t>
      </w:r>
    </w:p>
    <w:p w14:paraId="0577754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52DA019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Porque sí, porque esta sociedad no funciona. Que cuando lo acordamos, todo estaba claro: Tú llevabas la paz a todo el mundo y podías vivir aquí en el cielo y subirte a quien te diera la gana.</w:t>
      </w:r>
    </w:p>
    <w:p w14:paraId="107C334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07C73B4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Pensaba que el pacto era que yo follaba y tú era quien tenías el hijo.</w:t>
      </w:r>
    </w:p>
    <w:p w14:paraId="013AC80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471859D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no, eso sólo con Jesucristo.</w:t>
      </w:r>
    </w:p>
    <w:p w14:paraId="0C3C11E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7788C7E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¿y qué problema hay?</w:t>
      </w:r>
    </w:p>
    <w:p w14:paraId="556AC19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7B91864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que ya estoy hasta las pelotas. No voy a hacerme yo un bocata de choped para darte a ti el choped y quedarme yo el pan.</w:t>
      </w:r>
    </w:p>
    <w:p w14:paraId="18DA775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10211B2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te sigo.</w:t>
      </w:r>
    </w:p>
    <w:p w14:paraId="611B52C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70436B3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a la puta calle. Que la gente está triste ahí abajo. He oído historias que no creerías: Viejos sin cocaína y cosas aún más trágicas. Y que se acabó lo de subirte tías cuando quieras y yo conformarme con mirar por una rendija de tu cuarto.</w:t>
      </w:r>
    </w:p>
    <w:p w14:paraId="65741AE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323903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 que mirar por una rendija?</w:t>
      </w:r>
    </w:p>
    <w:p w14:paraId="50495CA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se queda en silencio unos segundos.</w:t>
      </w:r>
    </w:p>
    <w:p w14:paraId="29749A9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795B222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no lo alargues más, tronco, que ya te puedes ir. Ya encontrarás un curro de lo que sea ahí abajo.</w:t>
      </w:r>
    </w:p>
    <w:p w14:paraId="38399B0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14FCBD8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cómo que encontraré curro? Que yo con todos los años que llevo aquí en el cielo no voy a encontrar nada y lo sabes de sobra.</w:t>
      </w:r>
    </w:p>
    <w:p w14:paraId="3EFE913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4714FFC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si no encuentras nada, siempre puedes comer pan en parques y cagarte encima de los coches como una paloma normal.</w:t>
      </w:r>
    </w:p>
    <w:p w14:paraId="0BA4921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le mira con recelo.</w:t>
      </w:r>
    </w:p>
    <w:p w14:paraId="438543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6A742E6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Asume la verdad. Me echas porque no soportas que mi atractivo sea un imán para las mujeres que tú nunca tendrás.</w:t>
      </w:r>
    </w:p>
    <w:p w14:paraId="0625E7B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se marcha, cerrando la puerta tras de sí. Dios coge la lata de cerveza del suelo y hace ademán de tirársela. Se detiene un instante, la mira e intenta apurar las últimas gotas. Al comprobar de nuevo que no queda nada, la vuelve a tirar y se recuesta sobre la silla.</w:t>
      </w:r>
    </w:p>
    <w:p w14:paraId="7736077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(2 Cielo. Día. Ext)</w:t>
      </w:r>
    </w:p>
    <w:p w14:paraId="6EC9CA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ve a tres ángeles  hablando entre sí, con gran agitación. Uno de ellos entra de pronto.</w:t>
      </w:r>
    </w:p>
    <w:p w14:paraId="4E6B9CF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170CC2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pasa? ¿Se puede saber a qué viene tanta voz? Que no se puede ni dormir en el cielo ya.</w:t>
      </w:r>
    </w:p>
    <w:p w14:paraId="2F54BEA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6122AEE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 son las 3 de la tarde eh; no sé qué haces durmiendo todavía.</w:t>
      </w:r>
    </w:p>
    <w:p w14:paraId="0A9CFAD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35098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anoche salí con Jesús y se nos hizo tarde.</w:t>
      </w:r>
    </w:p>
    <w:p w14:paraId="05E6D5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03A0910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andas con resaca otra vez?</w:t>
      </w:r>
    </w:p>
    <w:p w14:paraId="41E8E6C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EEA385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es un tío que convierte el agua en vino; me parecería una falta de respeto salir con él y estar a base de zumo.</w:t>
      </w:r>
    </w:p>
    <w:p w14:paraId="1A7FFF2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3B6B5E3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Pensaba que después de la última no ibas a volver a beber.</w:t>
      </w:r>
    </w:p>
    <w:p w14:paraId="2109696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(MUY SERIO)</w:t>
      </w:r>
    </w:p>
    <w:p w14:paraId="011D419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no pienso volver a hacerlo. No te haces una idea de lo mal que me sienta y las cosas que pasan cuando bebo…</w:t>
      </w:r>
    </w:p>
    <w:p w14:paraId="5A6A78B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41A651D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Entonces vosotros no os habéis enterado de lo que ha pasado ahí abajo.</w:t>
      </w:r>
    </w:p>
    <w:p w14:paraId="249F458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(DISIMULANDO)</w:t>
      </w:r>
    </w:p>
    <w:p w14:paraId="0D3A44E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claro que nos hemos enterado. Yo me enteré el primero, de hecho. ¿A qué te refieres, en concreto?</w:t>
      </w:r>
    </w:p>
    <w:p w14:paraId="0F71052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7DDEFFA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lo de…Bueno, lo que ha hecho Dios, ya sabes…</w:t>
      </w:r>
    </w:p>
    <w:p w14:paraId="6F02B81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65DC92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eso de coger…y hacer…lo de…aquella cosa que a él le gusta…eso que…</w:t>
      </w:r>
    </w:p>
    <w:p w14:paraId="66FC072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6DAA953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¿Sabes lo que ha pasado o no?</w:t>
      </w:r>
    </w:p>
    <w:p w14:paraId="442C48F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1F7CC5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Cállate un poquito, que estamos hablando de la que ha liado Dios abajo, que no tienes ni puta idea. (Mira a Ángela) Eso de las plagas que le mola a él, ¿no?</w:t>
      </w:r>
    </w:p>
    <w:p w14:paraId="4A66668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5577B2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 dejado embarazada a una virgen.</w:t>
      </w:r>
    </w:p>
    <w:p w14:paraId="6BFBCC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5D8AEC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me jodas.</w:t>
      </w:r>
    </w:p>
    <w:p w14:paraId="54B5492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49C34C1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Pensaba que lo sabias.</w:t>
      </w:r>
    </w:p>
    <w:p w14:paraId="644B8E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1B3783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Pensaba que te ibas a callar un poquito. (A Ángela) ¿Cómo ha sido la cosa?</w:t>
      </w:r>
    </w:p>
    <w:p w14:paraId="1D17B2F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3139978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Fue hace unos meses. Echó a su socio y estaba deprimido, así que empezó a beber y decidió bajar.</w:t>
      </w:r>
    </w:p>
    <w:p w14:paraId="0977022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59AE33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cuánto hacía que no bajaba?</w:t>
      </w:r>
    </w:p>
    <w:p w14:paraId="120BACA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64EAEC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Dos mil y pico años creo.</w:t>
      </w:r>
    </w:p>
    <w:p w14:paraId="237F5A3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7B5C66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Hala.</w:t>
      </w:r>
    </w:p>
    <w:p w14:paraId="43893B0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02A96A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Pensaba que abajo se habrían enterado. La chica a la que embarazó ha ido contándoselo a todos sus amigos, de momento muy pocos la creen.</w:t>
      </w:r>
    </w:p>
    <w:p w14:paraId="385B583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3548A0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cuándo el crío nazca?</w:t>
      </w:r>
    </w:p>
    <w:p w14:paraId="7D40210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20401EB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Será el nuevo Cristo. No sabemos qué poderes tendrá éste, pero va a ser un momento crucial para la humanidad. Puede ser la ventaja definitiva del cielo sobre el infierno.</w:t>
      </w:r>
    </w:p>
    <w:p w14:paraId="56E791E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CD5E81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Puede ser la mierda.</w:t>
      </w:r>
    </w:p>
    <w:p w14:paraId="0535C70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7B1FFC2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has oído lo que te ha dicho? Un nuevo hijo de Dios en la Tierra. La humanidad volverá a tener fe en el señor cuando sepan que estuvo entre ellos.</w:t>
      </w:r>
    </w:p>
    <w:p w14:paraId="1519440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5529A2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será fantástico. Dios no baja para evitar la guerra y la pobreza pero sí para echar un polvo. En cuanto el crío crezca un poco y se sepa que es su hijo, lo matan a palos.</w:t>
      </w:r>
    </w:p>
    <w:p w14:paraId="4CEFAD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21E27BC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tienes ni idea, esa gente no es tan violenta.</w:t>
      </w:r>
    </w:p>
    <w:p w14:paraId="08B25A0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D3594B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Claro, porque Jesucristo murió en la cama a los 80, mientras se la chupaba una romana.</w:t>
      </w:r>
    </w:p>
    <w:p w14:paraId="4B9805B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221FAB9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lo mejor no se enteran y el niño puede crecer normal.</w:t>
      </w:r>
    </w:p>
    <w:p w14:paraId="3405F06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2E5977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 es la mitad de histriónico que Jesús, se darán cuenta. Y como empiecen a perder la fe, el cielo se va a tomar por culo.</w:t>
      </w:r>
    </w:p>
    <w:p w14:paraId="1CF13CA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6DAF920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Esperemos que no. ¿Lo sabe ya Jesucristo?</w:t>
      </w:r>
    </w:p>
    <w:p w14:paraId="0381F0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ese momento entra Jesucristo, con una botella de agua en cada mano, gafas de sol, una cruz de oro colgando y una coleta.</w:t>
      </w:r>
    </w:p>
    <w:p w14:paraId="2AF2912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36B70DB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¿Alguien preguntaba por el alma de la fiesta?</w:t>
      </w:r>
    </w:p>
    <w:p w14:paraId="2795CDB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3901D41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¡Jesúcristo!</w:t>
      </w:r>
    </w:p>
    <w:p w14:paraId="1631BAA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 le pone un dedo en los labios a Ángela.</w:t>
      </w:r>
    </w:p>
    <w:p w14:paraId="0CD1E1F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6AD6D05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Chisst! Llámame Superstar.</w:t>
      </w:r>
    </w:p>
    <w:p w14:paraId="4E0487D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1EDCB10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 señor, hay algo que debería saber.</w:t>
      </w:r>
    </w:p>
    <w:p w14:paraId="137F420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141548D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Lo sé. Estáis muertísimos de sed. ¿A quién le apetece un don periñón? (levantando las dos botellas de agua)</w:t>
      </w:r>
    </w:p>
    <w:p w14:paraId="0F97ECF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26BAF6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Ni de coña, ¿Cómo es que tú no tienes resaca?</w:t>
      </w:r>
    </w:p>
    <w:p w14:paraId="0834E82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70BBAD1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resaca no existe si te mantienes ebrio, Angelote.</w:t>
      </w:r>
    </w:p>
    <w:p w14:paraId="6AEBFB4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A14E92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escucha, tienes que saber algo y no sé hasta qué punto va a gustarte.</w:t>
      </w:r>
    </w:p>
    <w:p w14:paraId="0F40725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366EC42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seas idiota, le va a encantar.</w:t>
      </w:r>
    </w:p>
    <w:p w14:paraId="5268CD0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198DBDB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Eso, no seas idiota. No hay casi nada que no me encante, excepto combinar blusa verde y pantalones azules.</w:t>
      </w:r>
    </w:p>
    <w:p w14:paraId="6DB2DB5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1962AC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Vas a tener un hermano.</w:t>
      </w:r>
    </w:p>
    <w:p w14:paraId="78F3930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 le mira con una sonrisa y le pone la mano en el hombro.</w:t>
      </w:r>
    </w:p>
    <w:p w14:paraId="335BFD4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6B10B00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tengo un hermano. (Se gira a los otros dos) Tengo muchos hermanos. Todos vosotros… (mirándoles a y señalándoles con el dedo, en círculo) sois mis hermanos. La familia celestial que siempre quise…</w:t>
      </w:r>
    </w:p>
    <w:p w14:paraId="7A3F27C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(CORTÁNDOLE)</w:t>
      </w:r>
    </w:p>
    <w:p w14:paraId="63E619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Tu padre se ha follado a una virgen de ahí abajo.</w:t>
      </w:r>
    </w:p>
    <w:p w14:paraId="0D5C934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 se queda sin hablar un instante. Tras una pausa, abre mucho los ojos y extiende las dos manos hacia delante, en señal de detener.</w:t>
      </w:r>
    </w:p>
    <w:p w14:paraId="338B703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075D1B9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19F8446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 empieza a abanicarse con las dos manos, muy agitado.</w:t>
      </w:r>
    </w:p>
    <w:p w14:paraId="6463EC8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875756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Necesita tiempo para asimilar tanta alegría.</w:t>
      </w:r>
    </w:p>
    <w:p w14:paraId="7D257DA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22535BD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hay palabras. Esto…esto es inaudito.</w:t>
      </w:r>
    </w:p>
    <w:p w14:paraId="72F6586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FAB8FA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nosotros decíamos que…</w:t>
      </w:r>
    </w:p>
    <w:p w14:paraId="23B3319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2C8351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madre de todas las ofensas! No sólo crecí con el justificadísimo síndrome de hijo abandonado, ¡sino que encima he de permitir esto! Pues hasta ahí podíamos llegar, válgame papá. Esto sí que no. Jesucristo sólo hay uno.</w:t>
      </w:r>
    </w:p>
    <w:p w14:paraId="44DBFE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46BED5B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 eso no hay duda. El nuevo niño será un nuevo Cristo, pero con otro nombre.</w:t>
      </w:r>
    </w:p>
    <w:p w14:paraId="221941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 (OFENDIDO)</w:t>
      </w:r>
    </w:p>
    <w:p w14:paraId="3DF2563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¡Oh!</w:t>
      </w:r>
    </w:p>
    <w:p w14:paraId="14E254D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9DDCCA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Ni caso, es un gilipollas.</w:t>
      </w:r>
    </w:p>
    <w:p w14:paraId="5D00982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7ADAE61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¡Con otro nombre!</w:t>
      </w:r>
    </w:p>
    <w:p w14:paraId="3AB8ED5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3763AC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PacoCristo o…</w:t>
      </w:r>
    </w:p>
    <w:p w14:paraId="49BA07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00BE116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¡Oh! Pacocri…Pues nada, ahora que hagan una nueva capilla sixtina y la llamen “la chocita de Dios” O una nueva útima cena y lo llamen “La merienda de los colegas” o…</w:t>
      </w:r>
    </w:p>
    <w:p w14:paraId="16AEE28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E3538C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Igual cambian la cruz por otro símbolo, como la Z del zorro.</w:t>
      </w:r>
    </w:p>
    <w:p w14:paraId="6ACFE0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43D90BF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¡Ay no! (se besa la cruz) ¿Dónde está papá?</w:t>
      </w:r>
    </w:p>
    <w:p w14:paraId="78AE1F0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4AEA721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Hablamos con San Pedro esta mañana. Nos dijo que no ha vuelto desde el día que se marchó, hace meses.</w:t>
      </w:r>
    </w:p>
    <w:p w14:paraId="1F27CF1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553FC2E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no hay tiempo que perder. Alguien tiene que bajar ahora mismo a pedirle explicaciones a papá. Y de paso, pedirle algo de dinero comprarme un jersey monísimo que he visto. Pero primero las explicaciones.</w:t>
      </w:r>
    </w:p>
    <w:p w14:paraId="0A24D7D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278DDE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mí no me importaría echar un ojo por allí a ver de qué me entero. ¿Por qué no vienes conmigo, Jesús?</w:t>
      </w:r>
    </w:p>
    <w:p w14:paraId="31E57A0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4B871E3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¿A esa tierra de bárbaros? En cuanto me vieran esos cavernícolas, querrían saciar su sed con sangre de superestrella.</w:t>
      </w:r>
    </w:p>
    <w:p w14:paraId="199FA66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1CBFCFF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Han cambiado mucho, señor, ya no son como hace dosmil años.</w:t>
      </w:r>
    </w:p>
    <w:p w14:paraId="059A8EC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56328E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 qué no me acompañas tú? Así podremos buscar mejor a Dios entre los dos.</w:t>
      </w:r>
    </w:p>
    <w:p w14:paraId="1825E96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017733E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Lo siento, pero no puedo marcharme de aquí. Hay una persona a la que no quiero abandonar.</w:t>
      </w:r>
    </w:p>
    <w:p w14:paraId="550F4D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mira con odio a Ángel 3.</w:t>
      </w:r>
    </w:p>
    <w:p w14:paraId="4714A29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DAF56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(mirando a Ángela) Pues nada, si no me volvéis a ver por aquí, es que me ha gustado alguna mujer de abajo y me he quedado.</w:t>
      </w:r>
    </w:p>
    <w:p w14:paraId="4A85E61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0DD94D2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 que esas bestias te han hecho pedazos nada más bajar.</w:t>
      </w:r>
    </w:p>
    <w:p w14:paraId="6470FB7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D6B4C6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Cojonudo. Pues yo voy a ir tirando, si no queréis nada más por aquí… (Mirando a Ángela)</w:t>
      </w:r>
    </w:p>
    <w:p w14:paraId="785F259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empieza a marcharse y una voz le detiene.</w:t>
      </w:r>
    </w:p>
    <w:p w14:paraId="7533178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441B97D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¡Espera!</w:t>
      </w:r>
    </w:p>
    <w:p w14:paraId="719D440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se gira y Jesucristo va hacia él.</w:t>
      </w:r>
    </w:p>
    <w:p w14:paraId="3946FB4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 se quita su cruz de oro y se la pone a Ángel.</w:t>
      </w:r>
    </w:p>
    <w:p w14:paraId="7323E5D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4334F7F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Vuelve con tu escudo… o sobre él.</w:t>
      </w:r>
    </w:p>
    <w:p w14:paraId="6218B1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8527A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Tienes que dejar de ver esa peli.</w:t>
      </w:r>
    </w:p>
    <w:p w14:paraId="3F21D32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0FADD4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¡Como si alguien pudiera resistir esa tentación!</w:t>
      </w:r>
    </w:p>
    <w:p w14:paraId="1AB6B87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va dando saltitos.</w:t>
      </w:r>
    </w:p>
    <w:p w14:paraId="6ECE5D14" w14:textId="77777777" w:rsidR="00872884" w:rsidRPr="009D6BAD" w:rsidRDefault="00872884" w:rsidP="00FD605C">
      <w:pPr>
        <w:jc w:val="both"/>
        <w:rPr>
          <w:rFonts w:ascii="Times New Roman" w:hAnsi="Times New Roman" w:cs="Times New Roman"/>
          <w:sz w:val="24"/>
          <w:szCs w:val="24"/>
        </w:rPr>
      </w:pPr>
    </w:p>
    <w:p w14:paraId="7DD5B1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(3Infierno. Noche. Ext.)</w:t>
      </w:r>
    </w:p>
    <w:p w14:paraId="0A08DCE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ve a dos hombres caminando hacia un sofá. Hay un pequeño charco antes de llegar. Frente a él, hay una televisión. Uno de los hombres tiene agarrado por la muñeca al otro.</w:t>
      </w:r>
    </w:p>
    <w:p w14:paraId="110FD88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27F151A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¡Cuidado!</w:t>
      </w:r>
    </w:p>
    <w:p w14:paraId="6FD68BD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Ambos saltan el charco sin ningún obstáculo.</w:t>
      </w:r>
    </w:p>
    <w:p w14:paraId="14BFDA4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1F26872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Uff, esta vez ha faltado poco, eh.</w:t>
      </w:r>
    </w:p>
    <w:p w14:paraId="241AB79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hombre le mira sin comprender nada.</w:t>
      </w:r>
    </w:p>
    <w:p w14:paraId="3001AA9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(ALEGRE)</w:t>
      </w:r>
    </w:p>
    <w:p w14:paraId="4AFB40E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está, ya hemos llegado.</w:t>
      </w:r>
    </w:p>
    <w:p w14:paraId="23F669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w:t>
      </w:r>
    </w:p>
    <w:p w14:paraId="3F2E2CE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dónde? ¿Esto qué es?</w:t>
      </w:r>
    </w:p>
    <w:p w14:paraId="697D8B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105542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Acabamos de pasar la laguna Estigia, y esto de aquí es…</w:t>
      </w:r>
    </w:p>
    <w:p w14:paraId="31E68BD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w:t>
      </w:r>
    </w:p>
    <w:p w14:paraId="74906E0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¿Ese charco es la laguna estigia?</w:t>
      </w:r>
    </w:p>
    <w:p w14:paraId="63DB07F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(OFENDIDO)</w:t>
      </w:r>
    </w:p>
    <w:p w14:paraId="64CCA84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es un charco, es una laguna y hay gente que ha muerto ahogada, y también hay gente que lo ha pasado mal y ha estado a punto de ahogarse.</w:t>
      </w:r>
    </w:p>
    <w:p w14:paraId="1A61869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w:t>
      </w:r>
    </w:p>
    <w:p w14:paraId="2A740E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¿Quién coño es tan imbécil como para ahogarse en eso?</w:t>
      </w:r>
    </w:p>
    <w:p w14:paraId="414C6E2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se señala alegre.</w:t>
      </w:r>
    </w:p>
    <w:p w14:paraId="2C2AAF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w:t>
      </w:r>
    </w:p>
    <w:p w14:paraId="7C8A5A3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¿Y esto se supone que es el infierno?</w:t>
      </w:r>
    </w:p>
    <w:p w14:paraId="62B4D22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4DEF86C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¡Ahh, sí! Perdona, esto es el infierno. Como has sido una mala persona, va a empezar tu tortura dentro de un rato. Te tienes que sentar ahí y empezará el castigo.</w:t>
      </w:r>
    </w:p>
    <w:p w14:paraId="79123AE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w:t>
      </w:r>
    </w:p>
    <w:p w14:paraId="4B69F1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 que mi tortura?</w:t>
      </w:r>
    </w:p>
    <w:p w14:paraId="3A73EF3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0CADC99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perdona. Esto es el infierno. Como has sido una mala persona, va a empezar tu tortura dentro de un rato. Te tienes…</w:t>
      </w:r>
    </w:p>
    <w:p w14:paraId="021B2B7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w:t>
      </w:r>
    </w:p>
    <w:p w14:paraId="675FB2B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ya, eso ya me lo has dicho. Qué decepción, esperaba otra cosa.</w:t>
      </w:r>
    </w:p>
    <w:p w14:paraId="5D574C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791FBD2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Ahora está algo vacío. Pero cuando es Navidad, me dejan poner luces brillantes y dibujos en la pared. El año pasado dibujé a un perro disfrazado de Papá Noel. A todos les hizo mucha gracia; Satán me dijo…</w:t>
      </w:r>
    </w:p>
    <w:p w14:paraId="51A90A9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 (MIRANDO ALREDEDOR)</w:t>
      </w:r>
    </w:p>
    <w:p w14:paraId="5D071E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Satán? ¿Dónde está Satán?</w:t>
      </w:r>
    </w:p>
    <w:p w14:paraId="752B610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1C35718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Está en sus aposentos, alimentándose de maldad y siendo malvado, que es algo que le lleva mucho tiempo. Siento que no haya podido venir a recibirte él, yo soy Virgilio y esto es el infierno. Como has sido una mala persona…</w:t>
      </w:r>
    </w:p>
    <w:p w14:paraId="49502B5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w:t>
      </w:r>
    </w:p>
    <w:p w14:paraId="239C964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sí, va a empezar mi tortura.</w:t>
      </w:r>
    </w:p>
    <w:p w14:paraId="493D250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49C2B9E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¡Ooooh! ¿Cómo lo has adivinado? ¿Has estado ya antes en el infierno? No me acuerdo de ti, pero tampoco tengo muy buena memoria.</w:t>
      </w:r>
    </w:p>
    <w:p w14:paraId="4E6312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 Mira, déjate de gilipolleces y dime cómo salir de aquí.</w:t>
      </w:r>
    </w:p>
    <w:p w14:paraId="49BE710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¡Oh! No puedo hacer eso. Tengo que ser tu guía y… tenía que hacer algo más que no me acuerdo…¡Ah sí! Dime por favor si te arrepientes de haber sido una mala persona.</w:t>
      </w:r>
    </w:p>
    <w:p w14:paraId="2A037B2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w:t>
      </w:r>
    </w:p>
    <w:p w14:paraId="62985DE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Tienes que estar de coña</w:t>
      </w:r>
    </w:p>
    <w:p w14:paraId="0A5880B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le mira sin comprender nada.</w:t>
      </w:r>
    </w:p>
    <w:p w14:paraId="004E3BE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w:t>
      </w:r>
    </w:p>
    <w:p w14:paraId="545DD85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no me arrepiento de una mierda.</w:t>
      </w:r>
    </w:p>
    <w:p w14:paraId="2F40D1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64A6931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has matado gente y vendido droga a otra gente, ¿no te da ni un poco de vergüenza?</w:t>
      </w:r>
    </w:p>
    <w:p w14:paraId="656542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w:t>
      </w:r>
    </w:p>
    <w:p w14:paraId="78AC79B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Lo que me da vergüenza es este fraude de infierno. Si lo sé, habría matado a más gente antes de morir.</w:t>
      </w:r>
    </w:p>
    <w:p w14:paraId="0BC6CFE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6522AA2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Entonces no podemos hacer nada. Siéntate y empezará la agonía, el dolor, el sufrimiento, la condena eterna…(empieza a contar con los dedos) (se gira, alegre) ¡y un montón de cosas malas!</w:t>
      </w:r>
    </w:p>
    <w:p w14:paraId="7DE6A72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hombre se sienta, desconcertado. Virgilio saca un mando a distancia del bolsillo y pone la tele. Le da el mando al hombre Empiezan a aparecer imágenes de Telecinco. Sálvame, Gran Hermano, etc.</w:t>
      </w:r>
    </w:p>
    <w:p w14:paraId="14A88A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w:t>
      </w:r>
    </w:p>
    <w:p w14:paraId="20C59FD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Un momento, ¿qué es esto?</w:t>
      </w:r>
    </w:p>
    <w:p w14:paraId="5891EA0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hombre intenta cambiar de canal, sin éxito.</w:t>
      </w:r>
    </w:p>
    <w:p w14:paraId="70CAD53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w:t>
      </w:r>
    </w:p>
    <w:p w14:paraId="3063A4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canal no se cambia, ¿qué está ocurriendo?</w:t>
      </w:r>
    </w:p>
    <w:p w14:paraId="799D7D7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(ALEGRE E INOCENTE)</w:t>
      </w:r>
    </w:p>
    <w:p w14:paraId="29E2ACB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lo de la tortura que te comentaba</w:t>
      </w:r>
    </w:p>
    <w:p w14:paraId="780815A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se marcha. El hombre intenta levantarse, pero no puede. La habitación se va oscureciendo.</w:t>
      </w:r>
    </w:p>
    <w:p w14:paraId="6934BF6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w:t>
      </w:r>
    </w:p>
    <w:p w14:paraId="27A0A55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no, no, por favor, no. ¡Me arrepiento! ¡Oiga! ¡Me arrepiento de verdad! ¡Por favor, no lo soporto!</w:t>
      </w:r>
    </w:p>
    <w:p w14:paraId="58F303C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habitación se va oscureciendo y el volumen de la televisión va subiendo. Cuando la luz vuelve a iluminar la sala, se observa que el hombre es un esqueleto petrificado en el sofá. Virgilio aparece de nuevo, fumándose un cigarro. En ese instante, entra una Diablesa.</w:t>
      </w:r>
    </w:p>
    <w:p w14:paraId="7DE4734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0268AE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¡No vas a creerte lo que ha…(Se detiene al ver el esqueleto en el sofá)</w:t>
      </w:r>
    </w:p>
    <w:p w14:paraId="21AAED2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3557A31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muerte por telebasura. Debía ser un auténtico hijo de puta. ¿Quién era?</w:t>
      </w:r>
    </w:p>
    <w:p w14:paraId="7E197C1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mira al esqueleto reflexivo unos instantes y después mira a Vanesa, alegre.</w:t>
      </w:r>
    </w:p>
    <w:p w14:paraId="32BAF93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49F791E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me acuerdo!</w:t>
      </w:r>
    </w:p>
    <w:p w14:paraId="39A59D2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apaga la tele.</w:t>
      </w:r>
    </w:p>
    <w:p w14:paraId="218B485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776259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me decías?</w:t>
      </w:r>
    </w:p>
    <w:p w14:paraId="130FF93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66D9512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¿Sabes ese miedo que siempre han tenido los del cielo? ¿Lo de que Satán engendrara al nuevo AntiCristo?</w:t>
      </w:r>
    </w:p>
    <w:p w14:paraId="3A0A532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3923E14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¿Qué pasa?</w:t>
      </w:r>
    </w:p>
    <w:p w14:paraId="3086DEF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123EEE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ha ocurrido justo lo contrario.</w:t>
      </w:r>
    </w:p>
    <w:p w14:paraId="1A914A4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se muestra confundido.</w:t>
      </w:r>
    </w:p>
    <w:p w14:paraId="52DBFD6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5C964B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anticristo ha engendrado a Satán?</w:t>
      </w:r>
    </w:p>
    <w:p w14:paraId="0CCE5AC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637E74C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joder, Dios ha engendrado al nuevo Cristo.</w:t>
      </w:r>
    </w:p>
    <w:p w14:paraId="05534F1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680CDEF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bueno. Mejor, porque ver a un niño pariendo al Diablo me daría miedo. Y un poco de asco también. (Se queda mirando al infinito, sopesando, y tiene un escalofrío).</w:t>
      </w:r>
    </w:p>
    <w:p w14:paraId="50D1C4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(IGNORÁNDOLE)</w:t>
      </w:r>
    </w:p>
    <w:p w14:paraId="1A6693C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Escucha, ¿te das cuenta de lo que supone esto para el cielo? ¿Y para la humanidad?</w:t>
      </w:r>
    </w:p>
    <w:p w14:paraId="6C3F0B8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49AA57F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qué?</w:t>
      </w:r>
    </w:p>
    <w:p w14:paraId="26FE813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CB001E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Virgilio, que el cielo se impondría sobre el infierno, el bien sobre el mal, y las personas de ahí arriba volverían a tener fe en Dios.</w:t>
      </w:r>
    </w:p>
    <w:p w14:paraId="5746F75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(ENTUSIASMADO)</w:t>
      </w:r>
    </w:p>
    <w:p w14:paraId="588B329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¡Oh! ¡Eso sería fantástico!</w:t>
      </w:r>
    </w:p>
    <w:p w14:paraId="6F21E72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2AEE5B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nosotros pertenecemos al infierno. A nosotros nos va mal que eso pase</w:t>
      </w:r>
    </w:p>
    <w:p w14:paraId="0AAF903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0C3BAB8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Sí…Claro… Joé, ya sabes que desde que me ahogué en la Laguna Estigia mi memoria no es lo que era.</w:t>
      </w:r>
    </w:p>
    <w:p w14:paraId="683030F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BD2BFD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Metiste el pie en el puto charco. No te ahogaste en ningún momento.</w:t>
      </w:r>
    </w:p>
    <w:p w14:paraId="7F1634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11E369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fácil es quitarle hierro al dolor ajeno.</w:t>
      </w:r>
    </w:p>
    <w:p w14:paraId="5C427B2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D7A858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claro, el tema es que no podemos permitir que ese crío nazca, así que tenemos que hacer algo para impedirlo. Yo estoy intentando reclutar al máximo grupo posible, ¿tú te vendrías?</w:t>
      </w:r>
    </w:p>
    <w:p w14:paraId="6061F63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292EA7C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sé. El caso es que me apetece salir de aquí una temporada, pero no sé si puedo. Sin mí, empezarían a amontonarse las almas en pena y no sabrían adónde ir ni qué hacer, lo pasarían muy mal</w:t>
      </w:r>
    </w:p>
    <w:p w14:paraId="7DE6EE9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F5C996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Virgilio, son almas en pena. Tampoco pasa nada porque se queden vagando una temporada por aquí hasta que vuelvas.</w:t>
      </w:r>
    </w:p>
    <w:p w14:paraId="3E770B2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77F4544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veces eres muy cruel.</w:t>
      </w:r>
    </w:p>
    <w:p w14:paraId="7351F19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9AE51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será por haberme criado en el infierno, igual.</w:t>
      </w:r>
    </w:p>
    <w:p w14:paraId="1F70CA6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4512122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Oye, ¿Te ha ordenado el jefe que vayas?</w:t>
      </w:r>
    </w:p>
    <w:p w14:paraId="614E831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C07A99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No, creo que él no sabe nada de todo esto aún. No quiero ni imaginar su furia cuando se entere.</w:t>
      </w:r>
    </w:p>
    <w:p w14:paraId="6D014A4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658BC3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Podríamos ir a decirle que vamos a encargarnos nosotros de todo, así a lo mejor nos de unas vacaciones.</w:t>
      </w:r>
    </w:p>
    <w:p w14:paraId="3DCCCFA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546F5C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Mejor cuando el trabajo este hecho.</w:t>
      </w:r>
    </w:p>
    <w:p w14:paraId="3E4F073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78D5A16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los demás que dicen?</w:t>
      </w:r>
    </w:p>
    <w:p w14:paraId="369EAC8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04CF63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Les da miedo subir. Dicen que no saben lo que podrían encontrarse ahí arriba. Al fin y al cabo, de ahí viene toda la mierda a la que torturamos aquí.</w:t>
      </w:r>
    </w:p>
    <w:p w14:paraId="238F0AB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419A69F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pues ellos se lo pierden. ¡Vámonos! (Comienza a andar, alegre)</w:t>
      </w:r>
    </w:p>
    <w:p w14:paraId="5BE10BE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639202C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Espera, espera, ¿Dónde vas? Tengo que hablar con un par de contactos de arriba. Uno nos proporcionará la ropa necesaria para no llamar la atención.</w:t>
      </w:r>
    </w:p>
    <w:p w14:paraId="73810A5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3876B67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quiero un sombrero!</w:t>
      </w:r>
    </w:p>
    <w:p w14:paraId="3D42239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D5BE1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no están demasiado de moda los sombreros en esta época, no sé si será lo más apropiado para una misión tan…</w:t>
      </w:r>
    </w:p>
    <w:p w14:paraId="38F0355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(INTERRUMPIÉNDOLA)</w:t>
      </w:r>
    </w:p>
    <w:p w14:paraId="723AA24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buenas tardes! (comienza a marcharse en dirección contraria)</w:t>
      </w:r>
    </w:p>
    <w:p w14:paraId="4E70FBB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F75D86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¡Vale, vale, te conseguiré un sombrero! Hay que joderse…</w:t>
      </w:r>
    </w:p>
    <w:p w14:paraId="46FAB1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1A7807B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qué más?</w:t>
      </w:r>
    </w:p>
    <w:p w14:paraId="09CCC24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F45427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qué sé ¿una pajarita? ¿Un bastón?</w:t>
      </w:r>
    </w:p>
    <w:p w14:paraId="6F134C3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5260697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que qué hará tu otro contacto. Has dicho que tenías dos contactos, Vanesa, no te distraigas tan rápido, por favor.</w:t>
      </w:r>
    </w:p>
    <w:p w14:paraId="57BA178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(para sí misma): Hay que joderse… Mi otro contacto es un traficante que nos venderá un radar divino para que podamos localizar a Dios.</w:t>
      </w:r>
    </w:p>
    <w:p w14:paraId="19264D9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6D7BA41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cuánto quiere que le paguemos? Yo no tengo dinero y no pienso vender mi sombrero, es lo único que tengo.</w:t>
      </w:r>
    </w:p>
    <w:p w14:paraId="3B5331C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1AA030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me ha pedido dinero; sólo quiere un poco de agua de la laguna Estigia.</w:t>
      </w:r>
    </w:p>
    <w:p w14:paraId="7241F11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66C9D96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que tenga cuidado; hay gente que ha acabado muy mal sólo por probar, sin querer, un poco de ese agua.</w:t>
      </w:r>
    </w:p>
    <w:p w14:paraId="68A5A9F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(IRÓNICA)</w:t>
      </w:r>
    </w:p>
    <w:p w14:paraId="3676645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algo he oído. Llamo a mis contactos y nos largamos.</w:t>
      </w:r>
    </w:p>
    <w:p w14:paraId="76F5126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32CF283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¿y si Dios se entera de que le buscamos antes de que lo encontremos?</w:t>
      </w:r>
    </w:p>
    <w:p w14:paraId="5045E3E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444D1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 lo que he oído, Dios ni siquiera está en su trono, en el cielo. No sé hasta qué punto eso es algo bueno. Pero apuesto lo que quieras a que ahora mismo Dios está oculto en el rincón más perdido de la Tierra, vigilando lo que ocurre allí arriba en todo momento.</w:t>
      </w:r>
    </w:p>
    <w:p w14:paraId="7F1EACF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(4. Día. Ext. Terraza de un bar, en la Tierra.)</w:t>
      </w:r>
    </w:p>
    <w:p w14:paraId="56DEAE2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ve a Dios sentado, tomándose una cerveza con Adán.</w:t>
      </w:r>
    </w:p>
    <w:p w14:paraId="37CC55B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(RISUEÑO)</w:t>
      </w:r>
    </w:p>
    <w:p w14:paraId="3500A9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Entonces llamé al timbre y cuando el tío salió, había una bolsa con mierda en el suelo.</w:t>
      </w:r>
    </w:p>
    <w:p w14:paraId="7562C05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w:t>
      </w:r>
    </w:p>
    <w:p w14:paraId="687AFC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ya está?</w:t>
      </w:r>
    </w:p>
    <w:p w14:paraId="51352A8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7FADD5E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cuando volvió a entrar en su casa, tenía siete plagas dentro.</w:t>
      </w:r>
    </w:p>
    <w:p w14:paraId="4AF332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w:t>
      </w:r>
    </w:p>
    <w:p w14:paraId="6EE7BB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eres gilipollas?</w:t>
      </w:r>
    </w:p>
    <w:p w14:paraId="4B00659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69458F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macho, qué poco humor.</w:t>
      </w:r>
    </w:p>
    <w:p w14:paraId="2CA0AAD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w:t>
      </w:r>
    </w:p>
    <w:p w14:paraId="2AC741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Perdona, que es que igual soy yo, que tardo en pillar tus bromas. ¿El desgraciado que pusiste 40 años a andar por el desierto la pilló ya o todavía no?</w:t>
      </w:r>
    </w:p>
    <w:p w14:paraId="39283F8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58195C0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¿Moisi? Ese es medio yonqui, hombre</w:t>
      </w:r>
    </w:p>
    <w:p w14:paraId="5FEC77C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w:t>
      </w:r>
    </w:p>
    <w:p w14:paraId="0DBBAAB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por culpa de quién?</w:t>
      </w:r>
    </w:p>
    <w:p w14:paraId="7391FD4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se señala y se descojona.</w:t>
      </w:r>
    </w:p>
    <w:p w14:paraId="42ADBCB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w:t>
      </w:r>
    </w:p>
    <w:p w14:paraId="1E2CCBE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es que no sé de qué te ríes, la verdad, llevar a un pobre hombre a las drogas.</w:t>
      </w:r>
    </w:p>
    <w:p w14:paraId="37977BE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4979AAC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que mí me hace gracia, tronco, ya está. Tú es que desde que te fuiste del paraíso te has vuelto un soso de cojones.</w:t>
      </w:r>
    </w:p>
    <w:p w14:paraId="5B998E4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w:t>
      </w:r>
    </w:p>
    <w:p w14:paraId="2CF408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paraíso” Tócate los cojones. Me parece increíble que lo sigas llamando el paraíso, que no he visto peor antro en mi puta vida.</w:t>
      </w:r>
    </w:p>
    <w:p w14:paraId="28F892A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631F594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bien que te gustaba al principio.</w:t>
      </w:r>
    </w:p>
    <w:p w14:paraId="44AFCFC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w:t>
      </w:r>
    </w:p>
    <w:p w14:paraId="27C2015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 cuando era un espacio natural donde poder dar paseos tranquilamente, sin que cuatro prostitutas te salieran al paso ofreciéndote sexo a cambio de tu inmortalidad.</w:t>
      </w:r>
    </w:p>
    <w:p w14:paraId="58BA6BD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02C77C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Siempre has sido un hippie para lo que has querido.</w:t>
      </w:r>
    </w:p>
    <w:p w14:paraId="39F4CF1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w:t>
      </w:r>
    </w:p>
    <w:p w14:paraId="7FB8F33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qué viene eso, Dios?</w:t>
      </w:r>
    </w:p>
    <w:p w14:paraId="7557FB6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4B5521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mucho amor libre pero para lo que queremos sólo. ¿Qué pasó con Eva? Cuando le gustó el portero del paraíso, ese que tenía cara de lagarto viejo.</w:t>
      </w:r>
    </w:p>
    <w:p w14:paraId="1BFC693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w:t>
      </w:r>
    </w:p>
    <w:p w14:paraId="3D5C373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 parece increíble que me saques eso ahora. Vas a morir solo, así te lo digo.</w:t>
      </w:r>
    </w:p>
    <w:p w14:paraId="15C0397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 hace ademán de irse, pero Dios le grita.</w:t>
      </w:r>
    </w:p>
    <w:p w14:paraId="0A68577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5FEFC7D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Muy bonito, sí señor. ¿Ya no te acuerdas de quién le mandó la lluvia de fuego y langostas a su casa? ¿Ni de quién transformó el agua de su cuerpo en sangre hasta que lo mató lenta y dolorosamente, todo por hacerte un favor a ti?</w:t>
      </w:r>
    </w:p>
    <w:p w14:paraId="0CD286F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 (FLIPANDO)</w:t>
      </w:r>
    </w:p>
    <w:p w14:paraId="0391190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w:t>
      </w:r>
    </w:p>
    <w:p w14:paraId="707A3D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1C97DE1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a mis colegas nadie les levanta la novia, coño.</w:t>
      </w:r>
    </w:p>
    <w:p w14:paraId="092F84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w:t>
      </w:r>
    </w:p>
    <w:p w14:paraId="7EF5376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Eres un psicópata.</w:t>
      </w:r>
    </w:p>
    <w:p w14:paraId="205C3C6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0D86BD6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pero tú eso ya lo sabías cuando nos hicimos amigos... Tómate otra, hombre, que te invito.</w:t>
      </w:r>
    </w:p>
    <w:p w14:paraId="051CB47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 (MIRANDO LA CERVEZA, DESCONFIADO)</w:t>
      </w:r>
    </w:p>
    <w:p w14:paraId="39432A5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que paso, joder. No hay quien coño te aguante. Y además que la cerveza sabe raro, y ya conozco la costumbre que hay en tu familia por cambiar los líquidos.</w:t>
      </w:r>
    </w:p>
    <w:p w14:paraId="60BC3CE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(DISIMULANDO)</w:t>
      </w:r>
    </w:p>
    <w:p w14:paraId="30790F9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no, Adán, tío, que ese es Jesús, que es medio bobo. A ver si le hago crucificar otra vez para que aprenda. Quédate, tío.</w:t>
      </w:r>
    </w:p>
    <w:p w14:paraId="2F5895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w:t>
      </w:r>
    </w:p>
    <w:p w14:paraId="745F164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tienes más amigos, verdad?</w:t>
      </w:r>
    </w:p>
    <w:p w14:paraId="7EE7114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018E254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Claro que sí. Con Judas me llevo de puta madre. Lo que pasa es que a ti te aprecio más. Vuelve al cielo, tío. Nada de bromas, te lo prometo.</w:t>
      </w:r>
    </w:p>
    <w:p w14:paraId="453840C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 se queda pensativo un momento. Dios le tiende la mano.</w:t>
      </w:r>
    </w:p>
    <w:p w14:paraId="1A1ABA9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ese momento llega otro hombre corriendo, sudando y se planta junto a Dios.</w:t>
      </w:r>
    </w:p>
    <w:p w14:paraId="0E73ED3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ABRAHAM (ALEGRE Y EXTENUADO)</w:t>
      </w:r>
    </w:p>
    <w:p w14:paraId="105F6A9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está!</w:t>
      </w:r>
    </w:p>
    <w:p w14:paraId="3787D02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7049710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qué?</w:t>
      </w:r>
    </w:p>
    <w:p w14:paraId="4C83472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ABRAHAM</w:t>
      </w:r>
    </w:p>
    <w:p w14:paraId="634E9DE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Lo de mi hijo, que ya lo maté.</w:t>
      </w:r>
    </w:p>
    <w:p w14:paraId="5A0D94B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w:t>
      </w:r>
    </w:p>
    <w:p w14:paraId="560F27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Dios, ¿Qué dice este tío?</w:t>
      </w:r>
    </w:p>
    <w:p w14:paraId="1E784A8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07CF2A2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Ni idea, no sé, yo no le conozco. Te has debido equivocar, amigo.</w:t>
      </w:r>
    </w:p>
    <w:p w14:paraId="3191EF1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ABRAHAM</w:t>
      </w:r>
    </w:p>
    <w:p w14:paraId="468E310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señor. Usted me mandó matar a mi hijo Isaac el otro día.</w:t>
      </w:r>
    </w:p>
    <w:p w14:paraId="57FBB40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w:t>
      </w:r>
    </w:p>
    <w:p w14:paraId="6E37671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eso cierto, Dios?</w:t>
      </w:r>
    </w:p>
    <w:p w14:paraId="5E7B77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(MUY NERVIOSO)</w:t>
      </w:r>
    </w:p>
    <w:p w14:paraId="41B11E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No, qué va. Este tío, que va pedo, y se habrá confundido. Igual se lo mandó Alá y me viene a mí ahora a contar sus mierdas. No sé cómo me has encontrado, tronco, pero yo no soy el Dios ese del que hablas.</w:t>
      </w:r>
    </w:p>
    <w:p w14:paraId="42EB81C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ABRAHAM</w:t>
      </w:r>
    </w:p>
    <w:p w14:paraId="5FDE2CA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señor, me dijo que tenía que hacerlo para demostrar mi fe en usted.</w:t>
      </w:r>
    </w:p>
    <w:p w14:paraId="69648E9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w:t>
      </w:r>
    </w:p>
    <w:p w14:paraId="51BFE5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 lo sabía! Es que siempre estás con la tontería de la fe. Pero te digo una cosa: Ahora se te ha ido, eh, se te ha ido de las manos. Que a mí hace años me pediste que me comiera una guindilla para demostrarte mi fe, pero lo de matar críos ya es otro nivel, colega.</w:t>
      </w:r>
    </w:p>
    <w:p w14:paraId="49D3DF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 se levanta, dispuesto a marcharse.</w:t>
      </w:r>
    </w:p>
    <w:p w14:paraId="6020CC1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Abraham mira a Dios impaciente.</w:t>
      </w:r>
    </w:p>
    <w:p w14:paraId="65435EE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(a Adán, excusándose) Es que era broma…</w:t>
      </w:r>
    </w:p>
    <w:p w14:paraId="649DCDF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ABRAHAM (TRISTE)</w:t>
      </w:r>
    </w:p>
    <w:p w14:paraId="14F3601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w:t>
      </w:r>
    </w:p>
    <w:p w14:paraId="57BA004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 comienza a marcharse. Dios se levanta y va tras él. Abraham se queda sólo, se sienta en el sitio de Adán, sin saber qué hacer.</w:t>
      </w:r>
    </w:p>
    <w:p w14:paraId="15A9D7A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2FC1C6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 tronco, no te vayas.</w:t>
      </w:r>
    </w:p>
    <w:p w14:paraId="37DD91C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w:t>
      </w:r>
    </w:p>
    <w:p w14:paraId="4A2D834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no me vaya! Si quieres me quedo aquí toda la tarde, a ver las pruebas de fe que le has ido poniendo a la gente, a ver si hay uno que te viene con los huevos en la mano.</w:t>
      </w:r>
    </w:p>
    <w:p w14:paraId="4F12701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(ALEGRE)</w:t>
      </w:r>
    </w:p>
    <w:p w14:paraId="11641E9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¡Hostia, qué buena!</w:t>
      </w:r>
    </w:p>
    <w:p w14:paraId="48F7669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saca una libreta y empieza a apuntar.</w:t>
      </w:r>
    </w:p>
    <w:p w14:paraId="5626BA5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w:t>
      </w:r>
    </w:p>
    <w:p w14:paraId="26C78A8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¡Ni se te ocurra apuntarla! Mira, yo me marcho que bastante te hemos aguantado ya todo el mundo.</w:t>
      </w:r>
    </w:p>
    <w:p w14:paraId="501923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6F7D28A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¿Sabes qué? Que no te necesito, hombre. Bastante bien me lo estoy pasando yo aquí en la Tierra como para agobiarme por un amigo menos. Hala, a tomar por culo, hombre.</w:t>
      </w:r>
    </w:p>
    <w:p w14:paraId="2F8D9FC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Adán se marcha, ofendido. Dios se queda de pie, sin saber qué hacer. Mira a Abraham, que sigue en la misma posición y se sienta con él.</w:t>
      </w:r>
    </w:p>
    <w:p w14:paraId="673875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7C01B81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tú, Aarón.</w:t>
      </w:r>
    </w:p>
    <w:p w14:paraId="690175A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ABRAHAM</w:t>
      </w:r>
    </w:p>
    <w:p w14:paraId="780C1D6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Abraham, señor.</w:t>
      </w:r>
    </w:p>
    <w:p w14:paraId="03D1C58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21947BE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¿tú que quieres, otro hijo? Te regalo yo un crío si quieres.</w:t>
      </w:r>
    </w:p>
    <w:p w14:paraId="58612F6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ABRAHAM</w:t>
      </w:r>
    </w:p>
    <w:p w14:paraId="2364FD0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es necesario, señor.</w:t>
      </w:r>
    </w:p>
    <w:p w14:paraId="744CCC1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413F600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lo sé, coño, pero quiero hacerlo. Déjame tener el detalle.</w:t>
      </w:r>
    </w:p>
    <w:p w14:paraId="3754EC1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ABRAHAM</w:t>
      </w:r>
    </w:p>
    <w:p w14:paraId="4FF2745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¿También tendré que matarle?</w:t>
      </w:r>
    </w:p>
    <w:p w14:paraId="23651D3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791EC65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coño. Si no quieres, no. Te lo quedas y le das de comer y lo sacas; lo que se haga con los críos.</w:t>
      </w:r>
    </w:p>
    <w:p w14:paraId="2CAC892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Abraham asiente.</w:t>
      </w:r>
    </w:p>
    <w:p w14:paraId="721717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Silencio.</w:t>
      </w:r>
    </w:p>
    <w:p w14:paraId="7ADC452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ABRAHAM</w:t>
      </w:r>
    </w:p>
    <w:p w14:paraId="6F55FE0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¿Puedo irme ya?</w:t>
      </w:r>
    </w:p>
    <w:p w14:paraId="51000F9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0A61F53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hombre sí…</w:t>
      </w:r>
    </w:p>
    <w:p w14:paraId="6B09C42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Abraham se marcha. Dios se queda sólo. Coge la lata de cerveza encima de la mesa y trata de apurarla. Al ver que no queda, la tira, triste, y se marcha.</w:t>
      </w:r>
    </w:p>
    <w:p w14:paraId="70B7FA3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5. Las puertas del cielo. Ext. Tarde.</w:t>
      </w:r>
    </w:p>
    <w:p w14:paraId="5D060FC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la mesa, frente a un ordenador está San Pedro, vestido a la moda de los 70.</w:t>
      </w:r>
    </w:p>
    <w:p w14:paraId="4C98276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Un tipo está frente a las puertas, con la ropa y las manos llenas de sangre.</w:t>
      </w:r>
    </w:p>
    <w:p w14:paraId="042B5EC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 CON SANGRE</w:t>
      </w:r>
    </w:p>
    <w:p w14:paraId="0EE0988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Entonces, ¿puedo pasar o no?</w:t>
      </w:r>
    </w:p>
    <w:p w14:paraId="5948DD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5B68F20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sé qué decirte, colegui. Ahí abajo montaste un jaleo de aúpa.</w:t>
      </w:r>
    </w:p>
    <w:p w14:paraId="641A7F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 CON SANGRE</w:t>
      </w:r>
    </w:p>
    <w:p w14:paraId="678E438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Venga, no ha sido para tanto.</w:t>
      </w:r>
    </w:p>
    <w:p w14:paraId="57C286B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 le mira con recelo y coge una lista de debajo de la mesa.</w:t>
      </w:r>
    </w:p>
    <w:p w14:paraId="5CB7C6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1149949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Aquí tengo tu currículum celestial. Vamos a ver… has pasado toda tu vida robando a la gente, viviendo a costa de los demás y mintiendo… También dice que te aprovechabas de ancianos y personas inocentes para saquearles y comprar drogas con su dinero.</w:t>
      </w:r>
    </w:p>
    <w:p w14:paraId="4ED5947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 CON SANGRE</w:t>
      </w:r>
    </w:p>
    <w:p w14:paraId="72AD2A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así es.</w:t>
      </w:r>
    </w:p>
    <w:p w14:paraId="7837690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00C5B87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en tu último día de curro te pillaste una borrachera y pediste a tus clientes que te dieran tanto dinero como tuvieran encima, justificando que era para el trabajo.</w:t>
      </w:r>
    </w:p>
    <w:p w14:paraId="3C42959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 CON SANGRE</w:t>
      </w:r>
    </w:p>
    <w:p w14:paraId="6172361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Eso es. Luego seguí bebiendo y ya no recuerdo nada más.</w:t>
      </w:r>
    </w:p>
    <w:p w14:paraId="75932E4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 (SIGUE LEYENDO)</w:t>
      </w:r>
    </w:p>
    <w:p w14:paraId="2A62828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Te reventó el hígado debido a una ingesta prolongada de alcohol en cada día del trabajo. ¿Cómo esperas que te deje pasar?</w:t>
      </w:r>
    </w:p>
    <w:p w14:paraId="2035515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 CON SANGRE</w:t>
      </w:r>
    </w:p>
    <w:p w14:paraId="387DBB6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Sigue leyendo.</w:t>
      </w:r>
    </w:p>
    <w:p w14:paraId="4A8B985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 (LEE ENTRE DIENTES)</w:t>
      </w:r>
    </w:p>
    <w:p w14:paraId="685F27D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Borracho asiduo, ladrón, farsante…y párroco de la iglesia del Cristo Bendito, Manuel Castejo</w:t>
      </w:r>
    </w:p>
    <w:p w14:paraId="2588BA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hombre con sangre le sonríe, arqueando las cejas.</w:t>
      </w:r>
    </w:p>
    <w:p w14:paraId="096888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0A5651A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bribón! ¡Choca esos cinco y tira para adentro, canalla!</w:t>
      </w:r>
    </w:p>
    <w:p w14:paraId="2C86902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 le abre y Manuel entra.</w:t>
      </w:r>
    </w:p>
    <w:p w14:paraId="41556CB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cruza con Ángel, que sale del cielo.</w:t>
      </w:r>
    </w:p>
    <w:p w14:paraId="0538203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5399E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Pedro, ¿Quién es?</w:t>
      </w:r>
    </w:p>
    <w:p w14:paraId="1E8BF66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7A77BDC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Un granuja que ha encontrado su sitio, ¿Qué haces aquí, campeón?</w:t>
      </w:r>
    </w:p>
    <w:p w14:paraId="5EB873A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538B6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pensaba bajar por todo el lío que se ha montado con lo de Dios y esa virgen.</w:t>
      </w:r>
    </w:p>
    <w:p w14:paraId="4BBF97C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102FCB9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caña, colega.</w:t>
      </w:r>
    </w:p>
    <w:p w14:paraId="14A1850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379CB2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 qué no te vienes?</w:t>
      </w:r>
    </w:p>
    <w:p w14:paraId="4272FD3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506A133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Ojalá pudiera. Alguien tiene que quedarse dando el callo. Aún recuerdo el último guateque al que fui allí abajo. Se formaban unas movidas muy locas, ¿sabes?</w:t>
      </w:r>
    </w:p>
    <w:p w14:paraId="106FB05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7CDF75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me hago una idea. Oye, necesito un radar divino, ¿te queda alguno?</w:t>
      </w:r>
    </w:p>
    <w:p w14:paraId="2397963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096B416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 qué no usas tu poder para detectar una presencia divina?</w:t>
      </w:r>
    </w:p>
    <w:p w14:paraId="72B902C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EAD726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Lo tengo un poco atrofiado… además, no me gusta lo que tengo que hacer para desarrollarlo. Preferiría un radar.</w:t>
      </w:r>
    </w:p>
    <w:p w14:paraId="1F09A91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 empieza a mirar bajo su escritorio y saca un radar rosa, de juguete; se lo lanza. Ángel lo mira atónito.</w:t>
      </w:r>
    </w:p>
    <w:p w14:paraId="50A9880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2D3CA1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serio?</w:t>
      </w:r>
    </w:p>
    <w:p w14:paraId="61FB7BA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07C3F6E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Tal como lo ves, tigre. Aunque no salga nunca a dar un garbeo, aún estoy a la moda.</w:t>
      </w:r>
    </w:p>
    <w:p w14:paraId="03E40D6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EE4050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veo... (lo mira con desconfianza)¿Esto aún funciona?</w:t>
      </w:r>
    </w:p>
    <w:p w14:paraId="6CA2F0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 (le hace una seña para que se lo pase y lo analiza. Pulsa un botón). Aquí está.</w:t>
      </w:r>
    </w:p>
    <w:p w14:paraId="4202BF0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E67F35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¿Dónde?</w:t>
      </w:r>
    </w:p>
    <w:p w14:paraId="74EE60F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780AA4F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¿Ves el puntito dentro del mapa? Justo ahí. Mira, según salgas de las puertas del cielo, coge el ascensor. Las puertas se abrirán en la ciudad en la que haya una presencia divina. Una vez ahí, sigue el puntito. O eso o…</w:t>
      </w:r>
    </w:p>
    <w:p w14:paraId="4B6886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3F1625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Voy a intentar no usar el poder.</w:t>
      </w:r>
    </w:p>
    <w:p w14:paraId="5E5586B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 se encoge de hombros.</w:t>
      </w:r>
    </w:p>
    <w:p w14:paraId="121D99F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4A81B6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tardaré mucho en encontrarle, no?</w:t>
      </w:r>
    </w:p>
    <w:p w14:paraId="1031131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45B73CA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¿Un ángel joven y sano como tú? Llegarás en un periquete, campeón.</w:t>
      </w:r>
    </w:p>
    <w:p w14:paraId="219F2CA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asiente y se dispone a irse.</w:t>
      </w:r>
    </w:p>
    <w:p w14:paraId="72802BC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3A1B49F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oye, hazte un favor, si vas a bajar ahí, no les pongas de mala gaita; esa gente tiene muchos humos y la toman con cualquiera.</w:t>
      </w:r>
    </w:p>
    <w:p w14:paraId="43F1E4F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1E8EBA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Gracias por los ánimos.</w:t>
      </w:r>
    </w:p>
    <w:p w14:paraId="4FA6754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3FED594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estoy de guasa. Procura darles la razón y complacerles en lo que puedas antes de que saquen las lanzas.</w:t>
      </w:r>
    </w:p>
    <w:p w14:paraId="0F865BF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0822F6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bueno, pásalo bien. (Comienza a irse).</w:t>
      </w:r>
    </w:p>
    <w:p w14:paraId="0D60554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43B3A79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¿Piensas salir así?</w:t>
      </w:r>
    </w:p>
    <w:p w14:paraId="5E30DA7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339F12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¿Tienes miedo que me resfríe?</w:t>
      </w:r>
    </w:p>
    <w:p w14:paraId="30E6456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0D017C8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Tengo miedo de que te fusilen, chico. La última vez que salí por allí, quemaron a más de uno y con la mitad de pluma que tú.</w:t>
      </w:r>
    </w:p>
    <w:p w14:paraId="0D120C8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8782CB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qué me sugieres?</w:t>
      </w:r>
    </w:p>
    <w:p w14:paraId="0558BB8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 sonríe y le tira una mochila a sus pies.</w:t>
      </w:r>
    </w:p>
    <w:p w14:paraId="382004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(6. Tierra. Ext. Día.)</w:t>
      </w:r>
    </w:p>
    <w:p w14:paraId="3F4E6C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abren las puertas de un ascensor, en un callejón, oculto tras unas sombras. De él sale Ángel, vestido con una camisa de los 70, pantalones de cuero y gafas de sol.</w:t>
      </w:r>
    </w:p>
    <w:p w14:paraId="3E9F7F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cuanto empieza a caminar, la gente empieza a mirarle con extrañeza.</w:t>
      </w:r>
    </w:p>
    <w:p w14:paraId="07E2A4A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Saca su radar y lo activa. Ve que señala a un punto, al que empieza a dirigirse. Pasa por un callejón, del que suben 3 figuras de unas escaleras cochambrosas.</w:t>
      </w:r>
    </w:p>
    <w:p w14:paraId="1CD471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(7. Tierra. Ext. Día. Callejón.)</w:t>
      </w:r>
    </w:p>
    <w:p w14:paraId="1D149C2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Virgilio y el traficante terminan de subir las escaleras.</w:t>
      </w:r>
    </w:p>
    <w:p w14:paraId="3AB7D9B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3A280EE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¿Seguro que es por aquí?</w:t>
      </w:r>
    </w:p>
    <w:p w14:paraId="2DCFBFE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1602E06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 algo puedo asegurar de mi radar es que no miente, al contrario que las personas.</w:t>
      </w:r>
    </w:p>
    <w:p w14:paraId="0767D28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3504F36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¿Entonces basta con activarlo y nos llevará a Dios, no?</w:t>
      </w:r>
    </w:p>
    <w:p w14:paraId="19FA157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2A15B99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Tal y como os prometí…</w:t>
      </w:r>
    </w:p>
    <w:p w14:paraId="1E7E97E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traficante carraspea, esperando obtener algo a cambio.</w:t>
      </w:r>
    </w:p>
    <w:p w14:paraId="7996208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F6BC4C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w:t>
      </w:r>
    </w:p>
    <w:p w14:paraId="34699E7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traficante estira la mano, mirando hacia otro lado.</w:t>
      </w:r>
    </w:p>
    <w:p w14:paraId="52F081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6FA643D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Ahh, si, lo que te prometimos... (hurga en su bolso). Aquí está, toma.</w:t>
      </w:r>
    </w:p>
    <w:p w14:paraId="5885EF4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le da una botella con un poco de agua dentro.</w:t>
      </w:r>
    </w:p>
    <w:p w14:paraId="2539D5B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 (EMBELESADO)</w:t>
      </w:r>
    </w:p>
    <w:p w14:paraId="36C842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Gracias. La laguna estigia… ¿este líquido hace olvidar no?</w:t>
      </w:r>
    </w:p>
    <w:p w14:paraId="3BB913E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63CC6E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Pregúntale a él. (Dirigiéndose a Virgilio)</w:t>
      </w:r>
    </w:p>
    <w:p w14:paraId="24A6704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(ALEGRE)</w:t>
      </w:r>
    </w:p>
    <w:p w14:paraId="202EBCD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me acuerdo!</w:t>
      </w:r>
    </w:p>
    <w:p w14:paraId="3C0E9A6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745702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Ahí lo tienes.</w:t>
      </w:r>
    </w:p>
    <w:p w14:paraId="5DEB634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2A4B701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Perfecto. El dulce olvido al fin… (abre la botella y se dispone a beber, cuando Vanesa le detiene).</w:t>
      </w:r>
    </w:p>
    <w:p w14:paraId="2B189E3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6A79843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Espera, ¿cómo sabemos que esto funciona? Danos alguna prueba antes de que ni siquiera te acuerdes.</w:t>
      </w:r>
    </w:p>
    <w:p w14:paraId="52D2C1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7A5F8E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prueba más fiable debería ser la honestidad. Porque yo jamás traicionaría la confianza de nadie engañándole, ni metiendo a otro entre mis sábana…</w:t>
      </w:r>
    </w:p>
    <w:p w14:paraId="3EFC2D4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(CORTÁNDOLE)</w:t>
      </w:r>
    </w:p>
    <w:p w14:paraId="6B62331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Vale, vale, escucha. No quisiera herir aún más tus sentimientos, pero sólo con tu palabra no me vale. He crecido en un barrio chungo y no me fío de cualquiera. Actívalo y acompáñanos hasta que demos con Dios.</w:t>
      </w:r>
    </w:p>
    <w:p w14:paraId="314EF6F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 (ACTIVANDO EL RADAR)</w:t>
      </w:r>
    </w:p>
    <w:p w14:paraId="3D64192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Bella y cruel…la peor combinación posible.</w:t>
      </w:r>
    </w:p>
    <w:p w14:paraId="442596F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pone los ojos en blanco.</w:t>
      </w:r>
    </w:p>
    <w:p w14:paraId="711DDC4B" w14:textId="77777777" w:rsidR="00872884" w:rsidRPr="009D6BAD" w:rsidRDefault="00872884" w:rsidP="00FD605C">
      <w:pPr>
        <w:jc w:val="both"/>
        <w:rPr>
          <w:rFonts w:ascii="Times New Roman" w:hAnsi="Times New Roman" w:cs="Times New Roman"/>
          <w:sz w:val="24"/>
          <w:szCs w:val="24"/>
        </w:rPr>
      </w:pPr>
    </w:p>
    <w:p w14:paraId="2199238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(8. Tierra. Int. Día. Una oficina bien iluminada.)</w:t>
      </w:r>
    </w:p>
    <w:p w14:paraId="0AF4DCA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Un hombre con traje está sentado a un lado de la mesa, con unos papeles encima de la mesa. Frente a él, también sentado está la Paloma. Por toda la pared hay medallas y diplomas. El hombre con traje coge uno de los papeles frente a él y lo lee.</w:t>
      </w:r>
    </w:p>
    <w:p w14:paraId="6EC251C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w:t>
      </w:r>
    </w:p>
    <w:p w14:paraId="2FC922D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Así que quiere optar a uno de nuestros puestos de trabajo, señor…</w:t>
      </w:r>
    </w:p>
    <w:p w14:paraId="5249F48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7A3602B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Señor a secas, me gusta el misterio.</w:t>
      </w:r>
    </w:p>
    <w:p w14:paraId="0513A22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w:t>
      </w:r>
    </w:p>
    <w:p w14:paraId="5D41043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Ajá… De todos modos, por teléfono le dije que necesitaría su currículum.</w:t>
      </w:r>
    </w:p>
    <w:p w14:paraId="224AAAF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258D6D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Ahí lo tiene.</w:t>
      </w:r>
    </w:p>
    <w:p w14:paraId="3D9E0CE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 (LEVANTANDO EL PAPEL SE VE QUE ES UNA FOTO A TAMAÑO COMPLETO DE LA CARA DE LA PALOMA)</w:t>
      </w:r>
    </w:p>
    <w:p w14:paraId="7360D63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esto es sólo un folio con su foto y una frase en el dorso.</w:t>
      </w:r>
    </w:p>
    <w:p w14:paraId="650640C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3BF04C5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qué frase.</w:t>
      </w:r>
    </w:p>
    <w:p w14:paraId="0CAD7FF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 (DÁNDOLE LA VUELTA AL FOLIO)</w:t>
      </w:r>
    </w:p>
    <w:p w14:paraId="7713292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¿“Unas alas para volar y un encanto para pecar”?</w:t>
      </w:r>
    </w:p>
    <w:p w14:paraId="351FAC9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(SUSURRANDO Y ENTRECERRANDO LOS OJOS)</w:t>
      </w:r>
    </w:p>
    <w:p w14:paraId="1B2DFA4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Ouh…</w:t>
      </w:r>
    </w:p>
    <w:p w14:paraId="4DE61C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w:t>
      </w:r>
    </w:p>
    <w:p w14:paraId="0FDA7DE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Mire… necesitaría alguna referencia para sopesar su candidatura. ¿Cuál fue su primer empleo, por ejemplo?</w:t>
      </w:r>
    </w:p>
    <w:p w14:paraId="4C1C5B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76ED8A3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Camello, pero no quiero hablar de eso.</w:t>
      </w:r>
    </w:p>
    <w:p w14:paraId="11DC63B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w:t>
      </w:r>
    </w:p>
    <w:p w14:paraId="4EE9D6D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¿Disculpe?</w:t>
      </w:r>
    </w:p>
    <w:p w14:paraId="7BE2F56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4CEC61D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Tiempos jodidos, ya sabe. Estómago vacío, malas compañías… ¿Cómo iba a saber que esos tres tíos no eran reyes de verdad?</w:t>
      </w:r>
    </w:p>
    <w:p w14:paraId="2371E8E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 (ALUCINADO)</w:t>
      </w:r>
    </w:p>
    <w:p w14:paraId="64005BB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Entonces, usted… se dedicaba a vender drogas.</w:t>
      </w:r>
    </w:p>
    <w:p w14:paraId="7CCBD3C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328922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Al principio no. Me engatusaron con esa basura del incienso y la mirra. Después vino el costo para comprar el oro y más tarde fue cuando me liaron pero bien… hijos de…</w:t>
      </w:r>
    </w:p>
    <w:p w14:paraId="51F04BD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 (cortándole) Confío… en que todo eso ya esté más que superado, ¿no?</w:t>
      </w:r>
    </w:p>
    <w:p w14:paraId="0A9A8C3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(ALZANDO LAS DOS MANOS AL FRENTE)</w:t>
      </w:r>
    </w:p>
    <w:p w14:paraId="6601DF4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Limpio como un santo el día de su boda, ¡jajajaja! Ésa sí que es buena, coño… No, en serio, paso de esa basura.</w:t>
      </w:r>
    </w:p>
    <w:p w14:paraId="70DFF46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w:t>
      </w:r>
    </w:p>
    <w:p w14:paraId="5AAFB0B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creo que todo el mundo debe tener derecho a una segunda oportunidad si está dispuesto a redimirse.</w:t>
      </w:r>
    </w:p>
    <w:p w14:paraId="211B373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2C2237E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Amén, hermano.</w:t>
      </w:r>
    </w:p>
    <w:p w14:paraId="37C7B3F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w:t>
      </w:r>
    </w:p>
    <w:p w14:paraId="034F1DA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bueno, dígame. Después de aquella vida de delincuencia, ¿qué hizo? ¿A qué se ha dedicado todo este tiempo?</w:t>
      </w:r>
    </w:p>
    <w:p w14:paraId="0D30BE1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21F899C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Llevaba la paz a todo el mundo.</w:t>
      </w:r>
    </w:p>
    <w:p w14:paraId="59310F1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w:t>
      </w:r>
    </w:p>
    <w:p w14:paraId="4A1D278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serio?</w:t>
      </w:r>
    </w:p>
    <w:p w14:paraId="5B826EB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(ENCOGIÉNDOSE DE HOMBROS)</w:t>
      </w:r>
    </w:p>
    <w:p w14:paraId="35DE21F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puedo decir, soy un filántropo.</w:t>
      </w:r>
    </w:p>
    <w:p w14:paraId="25C914F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w:t>
      </w:r>
    </w:p>
    <w:p w14:paraId="2E36D9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¿se trataba de un trabajo remunerado?</w:t>
      </w:r>
    </w:p>
    <w:p w14:paraId="094C31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4B2069C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sí. Un hogar, comida caliente, tiempo libre…</w:t>
      </w:r>
    </w:p>
    <w:p w14:paraId="358605D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w:t>
      </w:r>
    </w:p>
    <w:p w14:paraId="719B55E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por qué lo dejó?</w:t>
      </w:r>
    </w:p>
    <w:p w14:paraId="6F3AA93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3879EB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Diferencias con mi socio.</w:t>
      </w:r>
    </w:p>
    <w:p w14:paraId="383F517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w:t>
      </w:r>
    </w:p>
    <w:p w14:paraId="70245C2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¿Sólo eso? ¿Diría que usted desempeñaba bien su trabajo?</w:t>
      </w:r>
    </w:p>
    <w:p w14:paraId="3DF11B6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65B58F1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Fui el mejor en mi categoría.</w:t>
      </w:r>
    </w:p>
    <w:p w14:paraId="013F60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w:t>
      </w:r>
    </w:p>
    <w:p w14:paraId="776759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cuántos sitios llevó la paz?</w:t>
      </w:r>
    </w:p>
    <w:p w14:paraId="52D9267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se queda pensativo un instante.</w:t>
      </w:r>
    </w:p>
    <w:p w14:paraId="6FA5FD5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4DF50FC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Al mío, sobre todo. (De pronto se le ocurre una broma y sonríe, pícaro). Excepto en las noches que tocaba guerra, usted ya me entiende (comienza a darle codazos de complicidad con las alas. Saca las gafas de sol de una de ellas y se las pone).</w:t>
      </w:r>
    </w:p>
    <w:p w14:paraId="4D6C2EF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w:t>
      </w:r>
    </w:p>
    <w:p w14:paraId="4A52D7D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dice que su trabajo era llevar la paz a todo el mundo.</w:t>
      </w:r>
    </w:p>
    <w:p w14:paraId="672EC3E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081E06E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me gusta mancharme las manos…y la sangre sale muy mal de las plumas</w:t>
      </w:r>
    </w:p>
    <w:p w14:paraId="02FB962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w:t>
      </w:r>
    </w:p>
    <w:p w14:paraId="08BCF0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Quiere decir que no ha llevado la paz a ninguna parte aún.</w:t>
      </w:r>
    </w:p>
    <w:p w14:paraId="5351E2F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077BF5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otro modo de verlo, sí. Pero no se crea que estaba parado. Si no hay mucha paz en el mundo es porque he estado ocupado… (empieza a dar golpecitos al entrevistador de complicidad con el dorso de la mano en el pecho) con cosas más importantes con las que ocuparse, creo que ya me entiende, jajajaja… (al ver que su interlocutor no se ríe, deja de golpearle, saca un cigarrillo, se lo enciende y se lo lleva al pico), me cago en la leche… (se queda mirando por la ventana con la mirada perdida).</w:t>
      </w:r>
    </w:p>
    <w:p w14:paraId="397ACF9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w:t>
      </w:r>
    </w:p>
    <w:p w14:paraId="377BA0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Mire, aquí no se puede fumar.</w:t>
      </w:r>
    </w:p>
    <w:p w14:paraId="1CC1F49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(ALEGRE)</w:t>
      </w:r>
    </w:p>
    <w:p w14:paraId="57D0B19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(abre el paquete de tabaco y le tira un cigarro a las manos, cruzadas sobre la mesa. Luego se lleva un dedo al pico). Chissst. Yo no he visto nada si usted tampoco.</w:t>
      </w:r>
    </w:p>
    <w:p w14:paraId="7C3A20A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 (EXASPERADO, LE QUITA EL CIGARRILLO A LA PALOMA Y LO APAGA CONTRA UN CENICERO)</w:t>
      </w:r>
    </w:p>
    <w:p w14:paraId="5D02CFD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Apague eso, por amor de Dios.</w:t>
      </w:r>
    </w:p>
    <w:p w14:paraId="4FEBBDE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Paloma se indigna. Saca una petaca del ala y le pega un trago.</w:t>
      </w:r>
    </w:p>
    <w:p w14:paraId="21E1F2A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7425F9E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Esto va a ser más duro de lo que pensaba… (Coge aire y le mira de nuevo). Hágase un favor y cójame para el curro, no se arrepentirá.</w:t>
      </w:r>
    </w:p>
    <w:p w14:paraId="6FF116F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w:t>
      </w:r>
    </w:p>
    <w:p w14:paraId="0F09F7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sentido tendría contratar a alguien que, a todas luces, no daría buena imagen a esta empresa?</w:t>
      </w:r>
    </w:p>
    <w:p w14:paraId="0C684B7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182381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qué sentido tendría tener un cenicero en un sitio donde no se fuma? (señala el cenicero y luego se da dos toquecitos en la cabeza).</w:t>
      </w:r>
    </w:p>
    <w:p w14:paraId="2520562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w:t>
      </w:r>
    </w:p>
    <w:p w14:paraId="6494BFD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Esto es demasiado, márchese, por favor.</w:t>
      </w:r>
    </w:p>
    <w:p w14:paraId="3991BB5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26CC863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Venga, no me joda, cuénteme un poco de qué va la cosa. Yo ya he estado en lo más alto. No crea que voy a venirme abajo por… (coge unas cuantas hojas y la grapadora) grapar unos cuantos documentos (empieza a graparlos aleatoriamente) y… (se saca un teléfono fijo del otro ala) hacer unas cuántas llamadas (le tira el teléfono encima de la mesa).</w:t>
      </w:r>
    </w:p>
    <w:p w14:paraId="0F46D49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ENTREVISTADOR (EXASPERADO Y CONFUNDIDO)</w:t>
      </w:r>
    </w:p>
    <w:p w14:paraId="2B57479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Mire, no sé si sabe bien lo que hacemos en aquí. Nosotros nos dedicamos a cerrar acuerdos monetarios internacionales con socios de cualquier parte del país. Cada día ampliamos nuestro número de clientes y estamos informándonos constantemente del valor de las acciones con las que comercializamos. Se trata de una empresa seria y solvente, con vistas a expandirse internacionalmente, ¿comprende?</w:t>
      </w:r>
    </w:p>
    <w:p w14:paraId="4E61C99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paloma está recostada sobre la silla, con los pies estirados en la mesa, y un cuadro de la foto de la mujer del entrevistador entre las manos. Le mira con las gafas de sol por la punta del pico.</w:t>
      </w:r>
    </w:p>
    <w:p w14:paraId="1880658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10C2B4B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Ni una palabra. ¿Ésta es su mujer?</w:t>
      </w:r>
    </w:p>
    <w:p w14:paraId="189AD84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(9. Tierra. Ext. Calle. Día.)</w:t>
      </w:r>
    </w:p>
    <w:p w14:paraId="0768A7F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Empujan a la Paloma, que sale a trompicones por la puerta, malhumorado.</w:t>
      </w:r>
    </w:p>
    <w:p w14:paraId="550065B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0B4B76D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¡Quédate tu curro de mierda, yo tengo demasiada clase para eso!</w:t>
      </w:r>
    </w:p>
    <w:p w14:paraId="691B3A5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Pasa una tía por su lado.</w:t>
      </w:r>
    </w:p>
    <w:p w14:paraId="549A482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3DCF59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¿Has ido al cielo alguna vez, preciosa?</w:t>
      </w:r>
    </w:p>
    <w:p w14:paraId="56A214A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tía se aleja, asqueada.</w:t>
      </w:r>
    </w:p>
    <w:p w14:paraId="22FFF6A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50A7562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coño les pasa a esta gente?</w:t>
      </w:r>
    </w:p>
    <w:p w14:paraId="3EA0704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Saca un cigarrillo y se lo mete en el pico.</w:t>
      </w:r>
    </w:p>
    <w:p w14:paraId="2BFF4AE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(GRITANDO A LO LEJOS)</w:t>
      </w:r>
    </w:p>
    <w:p w14:paraId="7BE938D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amigo! ¿Tienes fuego?</w:t>
      </w:r>
    </w:p>
    <w:p w14:paraId="3D3751E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ese momento, aparece un taxi a toda velocidad, se detiene al lado de Paloma y de ahí baja Ángel, que deja la puerta abierta.</w:t>
      </w:r>
    </w:p>
    <w:p w14:paraId="0E4EAA4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AE6E33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¡Señor! ¡Señor!</w:t>
      </w:r>
    </w:p>
    <w:p w14:paraId="06A8BAF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Paloma se gira.</w:t>
      </w:r>
    </w:p>
    <w:p w14:paraId="121A19F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0E629FA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bueno, menuda sorpresa.</w:t>
      </w:r>
    </w:p>
    <w:p w14:paraId="78928BD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se sorprende al verle. Mira de nuevo el radar y otra vez a Paloma.</w:t>
      </w:r>
    </w:p>
    <w:p w14:paraId="290CE6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EF5382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coño…?</w:t>
      </w:r>
    </w:p>
    <w:p w14:paraId="5077882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14AF40A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ángel más juerguista de todo el cielo… ¿Qué haces aquí?</w:t>
      </w:r>
    </w:p>
    <w:p w14:paraId="2250CDA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0EEE20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equivocarme creo, estaba buscando…</w:t>
      </w:r>
    </w:p>
    <w:p w14:paraId="3761F64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Empieza a sonar el claxon del taxi, interrumpiéndole. Ángel se despide de él con la mano.</w:t>
      </w:r>
    </w:p>
    <w:p w14:paraId="443172B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80B5C9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sí, adiós, amigo. (A la Paloma): Esta gente te coge cariño en seguida. Oye, ¿tú qué…?</w:t>
      </w:r>
    </w:p>
    <w:p w14:paraId="26EB822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taxista se baja, enfadado.</w:t>
      </w:r>
    </w:p>
    <w:p w14:paraId="33EC79E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TAXISTA</w:t>
      </w:r>
    </w:p>
    <w:p w14:paraId="120CFF5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qué coño estás esperando?</w:t>
      </w:r>
    </w:p>
    <w:p w14:paraId="17AD5CF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0D442D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no sé.</w:t>
      </w:r>
    </w:p>
    <w:p w14:paraId="1A1483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TAXISTA</w:t>
      </w:r>
    </w:p>
    <w:p w14:paraId="1FFFE05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Vamos, no te escaquees. (Le hace un gesto de “vamos” con la mano):</w:t>
      </w:r>
    </w:p>
    <w:p w14:paraId="364E89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DF265A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bueno, vale.</w:t>
      </w:r>
    </w:p>
    <w:p w14:paraId="5733C39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le abraza y el taxista le aparta de un empujón.</w:t>
      </w:r>
    </w:p>
    <w:p w14:paraId="77E3499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TAXISTA</w:t>
      </w:r>
    </w:p>
    <w:p w14:paraId="658B794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haces? Quiero mi puto dinero. Son trescientos cincuenta euros la carrera.</w:t>
      </w:r>
    </w:p>
    <w:p w14:paraId="32B96F9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le mira sin comprender, y luego a la Paloma.</w:t>
      </w:r>
    </w:p>
    <w:p w14:paraId="0EFACDE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6BA96F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¿tú no tendrás algo suelto?</w:t>
      </w:r>
    </w:p>
    <w:p w14:paraId="7F3DB54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Paloma le mira ambos. De las alas saca tres de las medallas que había en el despacho.</w:t>
      </w:r>
    </w:p>
    <w:p w14:paraId="7D6140A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(AL TAXISTA)</w:t>
      </w:r>
    </w:p>
    <w:p w14:paraId="16FB61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Quédese con esto. (lo muerde con el pico). Es auténtico oro (se lo da al taxista).</w:t>
      </w:r>
    </w:p>
    <w:p w14:paraId="44CCC37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TAXISTA</w:t>
      </w:r>
    </w:p>
    <w:p w14:paraId="7E7348D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qué…?</w:t>
      </w:r>
    </w:p>
    <w:p w14:paraId="27BEBBD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5B3A2A6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una propina, por las molestias…</w:t>
      </w:r>
    </w:p>
    <w:p w14:paraId="6179D4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Saca el cuadro de la foto de la mujer del entrevistador y se lo da.</w:t>
      </w:r>
    </w:p>
    <w:p w14:paraId="19CD16D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6BF1154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Cuenta saldada, ¿no, colega?</w:t>
      </w:r>
    </w:p>
    <w:p w14:paraId="1ACB592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taxista los mira, furioso. Tira el cuadro al suelo.</w:t>
      </w:r>
    </w:p>
    <w:p w14:paraId="06291F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dirige a Ángel, cogiéndole de la pechera.</w:t>
      </w:r>
    </w:p>
    <w:p w14:paraId="72B184F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TAXISTA</w:t>
      </w:r>
    </w:p>
    <w:p w14:paraId="1F4601D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Págame lo que me debes ahora mismo o me lo cobro en dientes.</w:t>
      </w:r>
    </w:p>
    <w:p w14:paraId="5BC286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0A6297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 colega tendrá algo más para…</w:t>
      </w:r>
    </w:p>
    <w:p w14:paraId="11915B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a su lado y Paloma ha echado a correr.</w:t>
      </w:r>
    </w:p>
    <w:p w14:paraId="10676A3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taxista va a golpearle, justo cuando oye cómo le están robando el taxi. Se gira y corre tras él. Ángel aprovecha para salir corriendo tras la Paloma.</w:t>
      </w:r>
    </w:p>
    <w:p w14:paraId="6A638FE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10. Interior del taxi. Día.</w:t>
      </w:r>
    </w:p>
    <w:p w14:paraId="0893B64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el interior del taxi, está Vanesa conduciéndolo, Virgilio a su lado y el traficante atrás, santiguándose.</w:t>
      </w:r>
    </w:p>
    <w:p w14:paraId="25C3BDB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6151269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 qué sólo se cruzan en mi camino las más locas?</w:t>
      </w:r>
    </w:p>
    <w:p w14:paraId="014228E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6228DD2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Tú, ¿qué es lo que dices?</w:t>
      </w:r>
    </w:p>
    <w:p w14:paraId="54B9A8F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7194EC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Aquí no puedes hacer eso, robarle un taxi a un pobre hombre y luego…</w:t>
      </w:r>
    </w:p>
    <w:p w14:paraId="79445DC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ECE72B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Calla. ¿Está Dios por aquí? ¿Qué marca tu radar?</w:t>
      </w:r>
    </w:p>
    <w:p w14:paraId="61146F3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traficante mira al radar de nuevo, que está emitiendo una señal muy intensa.</w:t>
      </w:r>
    </w:p>
    <w:p w14:paraId="67FC41F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537A78A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raro.</w:t>
      </w:r>
    </w:p>
    <w:p w14:paraId="1C7401D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977D7D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qué?</w:t>
      </w:r>
    </w:p>
    <w:p w14:paraId="75A056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232469D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Según esto, acabamos de pasar a su lado.</w:t>
      </w:r>
    </w:p>
    <w:p w14:paraId="46FC124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F55ECB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más te vale que le encontremos o seguirás teniendo buena memoria.</w:t>
      </w:r>
    </w:p>
    <w:p w14:paraId="2E67B1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5B22A65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peor de las torturas.</w:t>
      </w:r>
    </w:p>
    <w:p w14:paraId="5B5378F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C54B2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lo creo.</w:t>
      </w:r>
    </w:p>
    <w:p w14:paraId="48502A9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467DEF9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Para aquí.</w:t>
      </w:r>
    </w:p>
    <w:p w14:paraId="685E4C4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bajan del taxi.</w:t>
      </w:r>
    </w:p>
    <w:p w14:paraId="04A1FFE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5E2801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dice tu aparato?</w:t>
      </w:r>
    </w:p>
    <w:p w14:paraId="6D59611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18EE0AD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Uh…</w:t>
      </w:r>
    </w:p>
    <w:p w14:paraId="7F23AEF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6FBAB5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significa uh?</w:t>
      </w:r>
    </w:p>
    <w:p w14:paraId="4FE92D9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3F87569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 perdido la señal.</w:t>
      </w:r>
    </w:p>
    <w:p w14:paraId="4611E36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374DCC9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 que la ha perdido? ¿Por qué?</w:t>
      </w:r>
    </w:p>
    <w:p w14:paraId="3EAFC04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77717AA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Ojalá tuviera la respuesta. Pero a veces la vida es así de inmisericorde. Te golpea sin que lo esperes y te deja sin respuestas.</w:t>
      </w:r>
    </w:p>
    <w:p w14:paraId="577B3E5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E13A2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Hay que joderse… ¡Virgilio!</w:t>
      </w:r>
    </w:p>
    <w:p w14:paraId="424F698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7B90B21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w:t>
      </w:r>
    </w:p>
    <w:p w14:paraId="790C155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F9B521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Ve con él por la izquierda; yo seguiré recto. No le pierdas de vista.</w:t>
      </w:r>
    </w:p>
    <w:p w14:paraId="64A932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le agarra de la mano.</w:t>
      </w:r>
    </w:p>
    <w:p w14:paraId="49F29DB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7B99C37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voy a separarme de él.</w:t>
      </w:r>
    </w:p>
    <w:p w14:paraId="54EC460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dispersan.</w:t>
      </w:r>
    </w:p>
    <w:p w14:paraId="074680C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11. Bar. Int. Día</w:t>
      </w:r>
    </w:p>
    <w:p w14:paraId="36C772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Paloma y Ángel están sentados en la barra. La Paloma tiene una copa delante y Ángel un vaso de agua.</w:t>
      </w:r>
    </w:p>
    <w:p w14:paraId="1C800C9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776FB4E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¿Seguro que sólo quieres agua? Seguro que esta belleza tiene algo más fuerte para nosotros. (Le guiña un ojo a la camarera, que se sonroja).</w:t>
      </w:r>
    </w:p>
    <w:p w14:paraId="137BD6A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0E6FC0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Seguro. No pienso volver a beber, es algo que no… no me sienta bien.</w:t>
      </w:r>
    </w:p>
    <w:p w14:paraId="085F118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422F32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Como veas, socio.</w:t>
      </w:r>
    </w:p>
    <w:p w14:paraId="27B0E13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7BBF15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no me has respondido, ¿qué estás haciendo tú aquí?</w:t>
      </w:r>
    </w:p>
    <w:p w14:paraId="1026569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29D4E3B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Ando buscando trabajo, pero es más jodido de lo que parece.</w:t>
      </w:r>
    </w:p>
    <w:p w14:paraId="67304C1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2E467D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 que buscando trabajo? ¿Te han echado del cielo o qué?</w:t>
      </w:r>
    </w:p>
    <w:p w14:paraId="4F71BB7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59319BD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No, joder. Es para tener un sobresueldo.</w:t>
      </w:r>
    </w:p>
    <w:p w14:paraId="5F33AE1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(DESCONFIADO)</w:t>
      </w:r>
    </w:p>
    <w:p w14:paraId="5CAA8A4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w:t>
      </w:r>
    </w:p>
    <w:p w14:paraId="1587FBD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1CD65C5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¿y tú qué? ¿Qué se te ha perdido aquí abajo?</w:t>
      </w:r>
    </w:p>
    <w:p w14:paraId="66A0AC7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D05935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 resumirte un poco, Dios se ha follado a una virgen aquí abajo y no va a molar una mierda que se sepa. La gente de la Tierra se nos echaría encima.</w:t>
      </w:r>
    </w:p>
    <w:p w14:paraId="19F36F3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(PENSATIVO)</w:t>
      </w:r>
    </w:p>
    <w:p w14:paraId="2AFD6FD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¿Cuánto hace que os habéis enterado?</w:t>
      </w:r>
    </w:p>
    <w:p w14:paraId="57B73D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BB3C80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Hará unas dos semanas.</w:t>
      </w:r>
    </w:p>
    <w:p w14:paraId="2B0DDA7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4D81B40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vienes solo?</w:t>
      </w:r>
    </w:p>
    <w:p w14:paraId="03E388D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B05915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al resto de ángeles les parece cojonudo que vaya a nacer un nuevo Cristo; aunque vaya a acabar peor que el otro, seguramente.</w:t>
      </w:r>
    </w:p>
    <w:p w14:paraId="2FA4E23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638803C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Así que ellos sí quieren que nazca eh… mmm</w:t>
      </w:r>
    </w:p>
    <w:p w14:paraId="74056C9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F23B66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piensas?</w:t>
      </w:r>
    </w:p>
    <w:p w14:paraId="68191CE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2677A0F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quizá va siendo hora de que Dios asuma de una vez alguna responsabilidad…</w:t>
      </w:r>
    </w:p>
    <w:p w14:paraId="5666062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Entran Virgilio y el traficante de la mano y se les quedan mirando.</w:t>
      </w:r>
    </w:p>
    <w:p w14:paraId="230706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5F9A9B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¿Todo bien, amigos?</w:t>
      </w:r>
    </w:p>
    <w:p w14:paraId="494DC1E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(AL TRAFICANTE)</w:t>
      </w:r>
    </w:p>
    <w:p w14:paraId="4715247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es ninguno, ¿no?</w:t>
      </w:r>
    </w:p>
    <w:p w14:paraId="1124F01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511BED7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no, mejor nos vamos.</w:t>
      </w:r>
    </w:p>
    <w:p w14:paraId="3772984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marchan.</w:t>
      </w:r>
    </w:p>
    <w:p w14:paraId="424964D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14AD6B2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Turistas.</w:t>
      </w:r>
    </w:p>
    <w:p w14:paraId="5BF4D77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AF9D1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Por cierto, creo que esta mierda que me dio San Pedro no sirve.</w:t>
      </w:r>
    </w:p>
    <w:p w14:paraId="3CF3B2A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Le muestra el radar celestial.</w:t>
      </w:r>
    </w:p>
    <w:p w14:paraId="6C1A1F3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412D4E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Claro que sí. Me ha encontrado a mí. Presencia divina, chaval.</w:t>
      </w:r>
    </w:p>
    <w:p w14:paraId="021D57F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AC5428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pero esa no era la idea, yo quería encontrar a Dios. ¿Alguna idea?</w:t>
      </w:r>
    </w:p>
    <w:p w14:paraId="3C950E2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3D4DD7D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¿Has probado a reajustar el radar?</w:t>
      </w:r>
    </w:p>
    <w:p w14:paraId="6E5E71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(MUY SERIO)</w:t>
      </w:r>
    </w:p>
    <w:p w14:paraId="3829BBC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Ni siquiera sé atarme los cordones de esta mierda (señalando sus zapatos).</w:t>
      </w:r>
    </w:p>
    <w:p w14:paraId="341553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312B74E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Trae, deja que le eche un ojo.</w:t>
      </w:r>
    </w:p>
    <w:p w14:paraId="6B3131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le da el radar a Paloma. Éste lo mira, lo abre, lo vuelve a cerrar, lo golpea dos veces, lo mira de nuevo y saca un antena de dentro.</w:t>
      </w:r>
    </w:p>
    <w:p w14:paraId="593DB10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2EBCB01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ver ahora.</w:t>
      </w:r>
    </w:p>
    <w:p w14:paraId="17BCEAD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58A8E6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 sigues saliendo tú.</w:t>
      </w:r>
    </w:p>
    <w:p w14:paraId="6F84E94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58F5C13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prueba a alejarte, esperemos que te aparezca también Dios.</w:t>
      </w:r>
    </w:p>
    <w:p w14:paraId="67029AB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9F67E1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¿Tú no tienes ninguna idea de dónde puede estar?</w:t>
      </w:r>
    </w:p>
    <w:p w14:paraId="304F9B0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78FC67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Mmm… si le conozco bien, estará en algunos de los peores antros de esta ciudad. Son los sitios en los que estuvimos la última vez que bajamos. Prueba aquí.</w:t>
      </w:r>
    </w:p>
    <w:p w14:paraId="061A11F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le da un papel a Ángel.</w:t>
      </w:r>
    </w:p>
    <w:p w14:paraId="3130844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D4E82B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Perfecto. Nos vemos, gracias, tío.</w:t>
      </w:r>
    </w:p>
    <w:p w14:paraId="37F861F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se va.</w:t>
      </w:r>
    </w:p>
    <w:p w14:paraId="4ED249B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7463ED2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gracias a ti. ¡Eh, tesoro! (A la camarera), déjame un teléfono. Tengo que hacer un par de llamadas.</w:t>
      </w:r>
    </w:p>
    <w:p w14:paraId="388D663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Mete el pico en su copa y bebe un trago, tirándose casi todo por encima.</w:t>
      </w:r>
    </w:p>
    <w:p w14:paraId="2397AB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(12. Infierno.)</w:t>
      </w:r>
    </w:p>
    <w:p w14:paraId="0C9AD43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ve a Paloma guiando a Ángela y Ángel 3 por el infierno. Paloma sigue con sus gafas de sol y lleva una chaqueta de cuero.</w:t>
      </w:r>
    </w:p>
    <w:p w14:paraId="2ACD35B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1D91F27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¿Seguro que es buena idea estar aquí?</w:t>
      </w:r>
    </w:p>
    <w:p w14:paraId="030E876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5F6E718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chaval, por lo que sé, ahí arriba hay gente que no quiere que ese crío nazca. Y ya va siendo hora de que Dios se haga cargo de sus actos.</w:t>
      </w:r>
    </w:p>
    <w:p w14:paraId="2B056D4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0A3F3B7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qué podemos hacer aquí? No creo que en el infierno alguien quiera que ese niño nazca.</w:t>
      </w:r>
    </w:p>
    <w:p w14:paraId="36D89D1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2F1068C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Nena, tengo que avisarte: ésta no va a ser la última vez que una paloma te sorprenda.</w:t>
      </w:r>
    </w:p>
    <w:p w14:paraId="2390952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se baja las gafas y la guiña un ojo. Ángel 3 se molesta y se acerca a él.</w:t>
      </w:r>
    </w:p>
    <w:p w14:paraId="7CB7B4F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2EA73F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hablando del tema. ¿A qué vienen esas pintas? No es un poco ridículo ir con gafas de sol y chupa de cuero en el infierno?</w:t>
      </w:r>
    </w:p>
    <w:p w14:paraId="613639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(MIRÁNDOLE INCRÉDULO)</w:t>
      </w:r>
    </w:p>
    <w:p w14:paraId="78558DE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Ridículo es llamar “chupa” a esta joya (señalándose la chaqueta). Uno tiene que adaptar su estilo a cada lugar, Angelito. Sígueme y no pierdas detalle.</w:t>
      </w:r>
    </w:p>
    <w:p w14:paraId="0532860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7E4BA4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a quién buscamos aquí?</w:t>
      </w:r>
    </w:p>
    <w:p w14:paraId="36E5A3E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22CD4A5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cualquiera que esté de nuestra parte. Excepto a Satán. Dudo que a él le haga mucha ilusión que naca el hijo de Dios. Vosotros buscad por allí, yo miraré en la otra dirección.</w:t>
      </w:r>
    </w:p>
    <w:p w14:paraId="38AA477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se va por la izquierda y los dos ángeles siguen buscando a alguien.</w:t>
      </w:r>
    </w:p>
    <w:p w14:paraId="7783B7B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ese instante, entra un hombre con barba y cara de enfado.</w:t>
      </w:r>
    </w:p>
    <w:p w14:paraId="132B65A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02E8B6A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¿Quién hostias sois vosotros dos?</w:t>
      </w:r>
    </w:p>
    <w:p w14:paraId="34B2FFF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5212EA3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nosotros… somos…</w:t>
      </w:r>
    </w:p>
    <w:p w14:paraId="3AB0535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197AFBA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Somos ángeles. Estábamos buscando a alguien que pudiera ayudarnos.</w:t>
      </w:r>
    </w:p>
    <w:p w14:paraId="1E1488C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14D0686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¿Aquí en el infierno? Es como si una zorra fuera a pedir condones a un convento. ¡Largaos de aquí!</w:t>
      </w:r>
    </w:p>
    <w:p w14:paraId="1A42FC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 (INTIMIDADO)</w:t>
      </w:r>
    </w:p>
    <w:p w14:paraId="16DECC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sí, sí, perdone, ya nos…</w:t>
      </w:r>
    </w:p>
    <w:p w14:paraId="7C5AA46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3C60DE9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¿Quién te has creído que eres?</w:t>
      </w:r>
    </w:p>
    <w:p w14:paraId="6B47963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345B0D5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Soy San José.</w:t>
      </w:r>
    </w:p>
    <w:p w14:paraId="241B3C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43F9B81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Venga ya.</w:t>
      </w:r>
    </w:p>
    <w:p w14:paraId="5E18BFE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7686971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quieres? ¿Mi DNI? Se quemó cuando vine aquí hace dos mil años.</w:t>
      </w:r>
    </w:p>
    <w:p w14:paraId="245F6AE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7B9605F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qué pinta San José en el infierno?</w:t>
      </w:r>
    </w:p>
    <w:p w14:paraId="45710A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1C9FB0E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 mandaron aquí por tirar piedras a las palomas en un parque.</w:t>
      </w:r>
    </w:p>
    <w:p w14:paraId="3553020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4C81E4D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serio? ¿Sólo por eso?</w:t>
      </w:r>
    </w:p>
    <w:p w14:paraId="2E35EB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6587E3E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Durante diez años seguidos.</w:t>
      </w:r>
    </w:p>
    <w:p w14:paraId="293E46D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55309BF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por qué hizo eso?</w:t>
      </w:r>
    </w:p>
    <w:p w14:paraId="44DC483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51CB5EF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por qué? Se ve que tu mujer nunca te la ha pegado con un animal. Después de eso, buscas vengarte sea como sea.</w:t>
      </w:r>
    </w:p>
    <w:p w14:paraId="0207F72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06A1C5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¿Así que lo de la Paloma es cierto?</w:t>
      </w:r>
    </w:p>
    <w:p w14:paraId="0719DF0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068EF7A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claro que es… Un momento, ¿Lo sabías? ¿Quién coño te lo ha contado?</w:t>
      </w:r>
    </w:p>
    <w:p w14:paraId="35BF17D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Entra la Paloma por el mismo sitio que se fue.</w:t>
      </w:r>
    </w:p>
    <w:p w14:paraId="7F0153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(ALZANDO LOS BRAZOS)</w:t>
      </w:r>
    </w:p>
    <w:p w14:paraId="70E1DBD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Chicos… por allí no hay nadie, esto está más desierto que la cama de una soltero… ¡Ohh! (Se sorprende y asusta al ver a San José)</w:t>
      </w:r>
    </w:p>
    <w:p w14:paraId="23BB9A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6F34400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¡Tú!</w:t>
      </w:r>
    </w:p>
    <w:p w14:paraId="42885D8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 va hacia él con rabia. Ángela se pone en medio y Ángel 3 les mira atónitos.</w:t>
      </w:r>
    </w:p>
    <w:p w14:paraId="0477CA2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0292D4B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está pasando aquí?</w:t>
      </w:r>
    </w:p>
    <w:p w14:paraId="55F66FA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(TRATANDO DE CALMAR SU ÁNIMO)</w:t>
      </w:r>
    </w:p>
    <w:p w14:paraId="6A2736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sólo un malentendido que está durando más de la cuenta.</w:t>
      </w:r>
    </w:p>
    <w:p w14:paraId="7D6F8B4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3B4007D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¡Hijo de puta! ¡Te follaste a mi mujer!</w:t>
      </w:r>
    </w:p>
    <w:p w14:paraId="2279176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1A84680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seamos exactos: ella se me abalanzó. Yo estaba paseando y…</w:t>
      </w:r>
    </w:p>
    <w:p w14:paraId="649857B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 se libera y se abalanza sobre Paloma. Le tira al suelo y comienza a pegarle, encima de él.</w:t>
      </w:r>
    </w:p>
    <w:p w14:paraId="436A12F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5767A2B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¡Basta ya! ¡Ha pasado mucho tiempo! No hace falta guardar tanto rencor</w:t>
      </w:r>
    </w:p>
    <w:p w14:paraId="3DDA3DC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 (MIENTRAS LE PEGA)</w:t>
      </w:r>
    </w:p>
    <w:p w14:paraId="788068A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pienso quitarme de encima de este tío hasta que me quede satisfecho</w:t>
      </w:r>
    </w:p>
    <w:p w14:paraId="713B064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006D0D0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¡Oh! ¡Eso me recuerda a algo que me dijo tu mujer!</w:t>
      </w:r>
    </w:p>
    <w:p w14:paraId="729A0F7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1B5082C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estás ayudando.</w:t>
      </w:r>
    </w:p>
    <w:p w14:paraId="7AB6E2C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 le pega más, tirándole las gafas al suelo.</w:t>
      </w:r>
    </w:p>
    <w:p w14:paraId="552743F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5E661F0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¡Vale ya! Sólo hemos venido para ver si alguien quería que naciera el nuevo hijo de Dios, pero podemos marcharnos ya.</w:t>
      </w:r>
    </w:p>
    <w:p w14:paraId="0EC175B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 empieza a tirar del brazo de San José).</w:t>
      </w:r>
    </w:p>
    <w:p w14:paraId="2ECE82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 se para un instante, dubitativo, al escuchar a Ángela.</w:t>
      </w:r>
    </w:p>
    <w:p w14:paraId="4370E36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5CD0D92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Así que es cierto.</w:t>
      </w:r>
    </w:p>
    <w:p w14:paraId="5326CAB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123B8E6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¿Tú también lo has oído?</w:t>
      </w:r>
    </w:p>
    <w:p w14:paraId="11D290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55F3211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Claro que lo he oído. No se habla de otra cosa en el infierno, pero pensaba que era un rumor.</w:t>
      </w:r>
    </w:p>
    <w:p w14:paraId="6B492F0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719EA1F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Colega, no quisiera evocar ningún recuerdo pasado, pero pesas un poco.</w:t>
      </w:r>
    </w:p>
    <w:p w14:paraId="6DB8935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 le mira con odio. Levanta la mano de nuevo.</w:t>
      </w:r>
    </w:p>
    <w:p w14:paraId="5CFA42C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07DFDC9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oye, oye. Controla los caballos. No he venido a por pelea, sólo queremos saber qué os parece en el infierno que ese crío nazca.</w:t>
      </w:r>
    </w:p>
    <w:p w14:paraId="321DD3E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 se levanta.</w:t>
      </w:r>
    </w:p>
    <w:p w14:paraId="3D5769B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5D7E48D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cómo quieres que nos parezca? Jesucristo se alegrará de tener un hermanito cuyo padre no sea una rata que vuela. Por mí, está de puta madre.</w:t>
      </w:r>
    </w:p>
    <w:p w14:paraId="50BC8FD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se levanta y se pone tras Ángela, mirándole con cautela.</w:t>
      </w:r>
    </w:p>
    <w:p w14:paraId="6CE7B02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0F5DC21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¿Nos ayudarás a conseguir que nazca?</w:t>
      </w:r>
    </w:p>
    <w:p w14:paraId="1AEB412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4E2E238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 que si os ayudaré? ¿Quién coño no querría que ese crío naciera?</w:t>
      </w:r>
    </w:p>
    <w:p w14:paraId="5B1576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6168C2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Hay un ángel que está en la tierra intentando impedirlo.</w:t>
      </w:r>
    </w:p>
    <w:p w14:paraId="0AF91C2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11BAFF7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podéis contar conmigo para darle una paliza a ese hijo de puta.</w:t>
      </w:r>
    </w:p>
    <w:p w14:paraId="4DE6F0D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2FB1361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no lo estás pillando, la idea era más bien…</w:t>
      </w:r>
    </w:p>
    <w:p w14:paraId="3C7460E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 (DIRIGIÉNDOSE A ÁNGELA)</w:t>
      </w:r>
    </w:p>
    <w:p w14:paraId="57B73EC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cierre la puta boca o le sacudo.</w:t>
      </w:r>
    </w:p>
    <w:p w14:paraId="2BEF907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 (A PALOMA)</w:t>
      </w:r>
    </w:p>
    <w:p w14:paraId="2084EB1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Mejor que vosotros habléis lo menos posible.</w:t>
      </w:r>
    </w:p>
    <w:p w14:paraId="263C638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 (A SAN JOSÉ)</w:t>
      </w:r>
    </w:p>
    <w:p w14:paraId="75C2B0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Satán que opina al respecto?</w:t>
      </w:r>
    </w:p>
    <w:p w14:paraId="49016C2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569F567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 lo que yo sé, no sabe nada. Y mejor que siga siendo así. Mientras esté ocupado torturando gente, el hermanito de Jesús no sufrirá ningún daño.</w:t>
      </w:r>
    </w:p>
    <w:p w14:paraId="39C4A01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473F820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por dónde empezamos a buscar ahí arriba?</w:t>
      </w:r>
    </w:p>
    <w:p w14:paraId="6A6C2C4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52EC2CB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buscaría a la virgen que va a engendrarlo.</w:t>
      </w:r>
    </w:p>
    <w:p w14:paraId="497C186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38C23DC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es un poco absurdo llamarla virgen? Está claro que esa chica ya sabe lo que es sudar en la cama, no sé si sabes a lo que me refiero (dándole con el codo a San José)</w:t>
      </w:r>
    </w:p>
    <w:p w14:paraId="0EC7F06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 se va a abalanzar de nuevo sobre él, pero Ángela le retiene.</w:t>
      </w:r>
    </w:p>
    <w:p w14:paraId="275D75D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477F2A6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¿Podéis estar quietecitos sólo un momento? Así no vamos a conseguir que ese niño nazca. Tú: (a Paloma) guarda las distancias. Y tú: (a San José) guarda tu mal humor.</w:t>
      </w:r>
    </w:p>
    <w:p w14:paraId="74897A3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59228BE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Tranqui.</w:t>
      </w:r>
    </w:p>
    <w:p w14:paraId="1D5E544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46D3A0C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prometo nada.</w:t>
      </w:r>
    </w:p>
    <w:p w14:paraId="3FCABCB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5FB79A7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¿Subimos a la tierra entonces?</w:t>
      </w:r>
    </w:p>
    <w:p w14:paraId="21ACBD9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recoge las gafas de sol y se las pone con estilo.</w:t>
      </w:r>
    </w:p>
    <w:p w14:paraId="7AF209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327081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marcha, nenes.</w:t>
      </w:r>
    </w:p>
    <w:p w14:paraId="2136496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Salen del infierno.</w:t>
      </w:r>
    </w:p>
    <w:p w14:paraId="3AABC7F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(9. Bar en la Tierra. Int. Noche.)</w:t>
      </w:r>
    </w:p>
    <w:p w14:paraId="6B243C9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está en un bar, mirando alrededor. Hay parejas tomando copas y una chica sola en la barra. Se la queda mirando, dubitativo. Acto seguido, mira su radar, que marca un punto rojo intermitente.</w:t>
      </w:r>
    </w:p>
    <w:p w14:paraId="6835DE4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59D06D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Vale… Si esto funciona, tiene que estar por aquí cerca…</w:t>
      </w:r>
    </w:p>
    <w:p w14:paraId="241D01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se acerca a la chica. Ella le sonríe. Él le levanta la cabeza y la sonríe.</w:t>
      </w:r>
    </w:p>
    <w:p w14:paraId="07C34B3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apoya en la barra, poniéndose al lado de ella.</w:t>
      </w:r>
    </w:p>
    <w:p w14:paraId="6A28EFA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w:t>
      </w:r>
    </w:p>
    <w:p w14:paraId="3F7E5A0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Hola.</w:t>
      </w:r>
    </w:p>
    <w:p w14:paraId="6D512E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E6A96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¿Eres virgen?</w:t>
      </w:r>
    </w:p>
    <w:p w14:paraId="3A1C3B1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chica le da una bofetada y se marcha de la barra.</w:t>
      </w:r>
    </w:p>
    <w:p w14:paraId="68148B1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729F7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 tenía razón. Esta gente es muy salvaje.</w:t>
      </w:r>
    </w:p>
    <w:p w14:paraId="201A47B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se acerca, simulando que baila, entre los grupos, mirando con detalle, queriendo detectar algo. La gente empieza a mirarle mal.</w:t>
      </w:r>
    </w:p>
    <w:p w14:paraId="2B3E564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acerca a otra chica.</w:t>
      </w:r>
    </w:p>
    <w:p w14:paraId="117FD17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F943BA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hola… (se cubre la cara nada más decir saludarla).</w:t>
      </w:r>
    </w:p>
    <w:p w14:paraId="24C1DCC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CHICA2</w:t>
      </w:r>
    </w:p>
    <w:p w14:paraId="3C3E6C1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Hola… ¿Qué haces?</w:t>
      </w:r>
    </w:p>
    <w:p w14:paraId="41C6A7D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D21E7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Protegerme por si vas a pegarme.</w:t>
      </w:r>
    </w:p>
    <w:p w14:paraId="18B5586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CHICA2</w:t>
      </w:r>
    </w:p>
    <w:p w14:paraId="000CAF0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por qué iba a pegarte?</w:t>
      </w:r>
    </w:p>
    <w:p w14:paraId="01A24F1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AC1191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sé, me habían dicho que la gente de por aquí era un poco violenta.</w:t>
      </w:r>
    </w:p>
    <w:p w14:paraId="6CED93B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CHICA2</w:t>
      </w:r>
    </w:p>
    <w:p w14:paraId="7149C83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es mi caso, tranquilo. ¿De dónde eres tú?</w:t>
      </w:r>
    </w:p>
    <w:p w14:paraId="36940C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8A4EF5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 arriba… del norte, me refiero.</w:t>
      </w:r>
    </w:p>
    <w:p w14:paraId="1A7EF59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CHICA2</w:t>
      </w:r>
    </w:p>
    <w:p w14:paraId="13A138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Bonita ropa, muy retro.</w:t>
      </w:r>
    </w:p>
    <w:p w14:paraId="2AF0A8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D71F6C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así soy.</w:t>
      </w:r>
    </w:p>
    <w:p w14:paraId="481453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CHICA2</w:t>
      </w:r>
    </w:p>
    <w:p w14:paraId="4EE0E6D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qué te ha traído por aquí?</w:t>
      </w:r>
    </w:p>
    <w:p w14:paraId="2503FB5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4CD94B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ando buscando a una vir… tuosa (concluye la frase con cautela).</w:t>
      </w:r>
    </w:p>
    <w:p w14:paraId="7DCF0A1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CHICA2</w:t>
      </w:r>
    </w:p>
    <w:p w14:paraId="0AC31DD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¿Una virtuosa de qué? ¿Una cantante o algo así?</w:t>
      </w:r>
    </w:p>
    <w:p w14:paraId="7A5CF3A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AFC6E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no, creo que no. Verás, es que estoy algo perdido. Creo que hay un amigo mío que vino por aquí hace tiempo y desde entonces no le he visto.</w:t>
      </w:r>
    </w:p>
    <w:p w14:paraId="21269D9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CHICA2</w:t>
      </w:r>
    </w:p>
    <w:p w14:paraId="6178022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no has probado a llamarle al móvil?</w:t>
      </w:r>
    </w:p>
    <w:p w14:paraId="53F714F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8EB30A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no, es que él no tiene de eso, es un tío algo anticuado, ya sabes.</w:t>
      </w:r>
    </w:p>
    <w:p w14:paraId="01B72F7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CHICA2</w:t>
      </w:r>
    </w:p>
    <w:p w14:paraId="6BA5DC0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Claro. Oye, dime por favor que sabes bailar.</w:t>
      </w:r>
    </w:p>
    <w:p w14:paraId="54F6B78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7ECD09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w:t>
      </w:r>
    </w:p>
    <w:p w14:paraId="730A794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CHICA2</w:t>
      </w:r>
    </w:p>
    <w:p w14:paraId="73DABB5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Llevo toda la noche queriendo bailar y tú tienes pinta de saber moverte… pero igual me equivoco.</w:t>
      </w:r>
    </w:p>
    <w:p w14:paraId="29527EE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voz de San Pedro resuena en la cabeza de Ángel.</w:t>
      </w:r>
    </w:p>
    <w:p w14:paraId="5CDC477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“Procura darles la razón y complacerles en lo que puedas antes de que saquen las lanzas”.</w:t>
      </w:r>
    </w:p>
    <w:p w14:paraId="09AE029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3A5047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no, no te equivocas. Tienes toda la razón. Bailo mucho. Y muy bien. Todo el rato. Podría bailar ahora si fuera necesario.</w:t>
      </w:r>
    </w:p>
    <w:p w14:paraId="1CA9EF6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-Chica2 se ríe ¿En serio? Yo también soy bailarina. Todavía no hay nadie en este bar que pueda seguirme el ritmo, vamos a bailar.</w:t>
      </w:r>
    </w:p>
    <w:p w14:paraId="3E51FA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chica le coge de la mano y ambos se dirigen al centro de la pista. Empieza a sonar una canción muy animada. La chica empieza a bailar muy desenvuelta y Ángel comienza a mover los brazos de izquierda a derecha.</w:t>
      </w:r>
    </w:p>
    <w:p w14:paraId="6A0B1B9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CHICA2</w:t>
      </w:r>
    </w:p>
    <w:p w14:paraId="472E27A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¿Estás calentando o qué?</w:t>
      </w:r>
    </w:p>
    <w:p w14:paraId="50B4FE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A83094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una pregunta sexual?</w:t>
      </w:r>
    </w:p>
    <w:p w14:paraId="2007800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chica se ríe.</w:t>
      </w:r>
    </w:p>
    <w:p w14:paraId="5AC725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CHICA2</w:t>
      </w:r>
    </w:p>
    <w:p w14:paraId="24F63F4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idiota! Venga, vamos a enseñarles cómo se hace.</w:t>
      </w:r>
    </w:p>
    <w:p w14:paraId="15E6148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Toda la sala les mira de pronto. Ella empieza a moverse con destreza, girando sus caderas. Ángel continúa parado en la misma posición. La chica le mira de nuevo.</w:t>
      </w:r>
    </w:p>
    <w:p w14:paraId="36AD7BE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CHICA2</w:t>
      </w:r>
    </w:p>
    <w:p w14:paraId="3877C52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serio sabes bailar?</w:t>
      </w:r>
    </w:p>
    <w:p w14:paraId="65D360C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la agarra de la cintura con el brazo derecho y la coge por una mano con el izquierdo. Se pega a ella y se mueve con lentitud a pasos cortos por la sala. Mueve primero un pie y luego otro, con suma cautela, como un baile de salón de viejos.</w:t>
      </w:r>
    </w:p>
    <w:p w14:paraId="7933A20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sala continúa mirándoles. Ella le mira muy desconcertada. Cuando la canción concluye, él se separa de ella, sudando y jadeando por el esfuerzo.</w:t>
      </w:r>
    </w:p>
    <w:p w14:paraId="4CDCDA0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FA57B4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Uff ha sido duro eh, no hacía tanto ejercicio desde 1836.</w:t>
      </w:r>
    </w:p>
    <w:p w14:paraId="1A778E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CHICA2</w:t>
      </w:r>
    </w:p>
    <w:p w14:paraId="77A50B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oye, voy a ir a tomarme una copa con mis amigas, ya nos veremos.</w:t>
      </w:r>
    </w:p>
    <w:p w14:paraId="11B6D12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chica se va a marchar, pero Ángel la detiene.</w:t>
      </w:r>
    </w:p>
    <w:p w14:paraId="2D8323C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B007C3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¡Espera! Respóndeme a una cosa antes.</w:t>
      </w:r>
    </w:p>
    <w:p w14:paraId="7CAAD5B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CHICA2</w:t>
      </w:r>
    </w:p>
    <w:p w14:paraId="40D50DF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Dime.</w:t>
      </w:r>
    </w:p>
    <w:p w14:paraId="4884AF3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541C0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¿Tú te has acostado con un señor mayor con barba blanca?</w:t>
      </w:r>
    </w:p>
    <w:p w14:paraId="6672412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chica le da un guantazo y se marcha.</w:t>
      </w:r>
    </w:p>
    <w:p w14:paraId="4839CA4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se queda solo de nuevo.</w:t>
      </w:r>
    </w:p>
    <w:p w14:paraId="6C13166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350831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lo próximo serán las lanzas. Tengo que ser más cuidadoso.</w:t>
      </w:r>
    </w:p>
    <w:p w14:paraId="32C17F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a una pareja besándose. La chica se marcha a la barra y se queda sólo el chico. Ángel se acerca a él.</w:t>
      </w:r>
    </w:p>
    <w:p w14:paraId="444C729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3D48A5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Perdona, colega.</w:t>
      </w:r>
    </w:p>
    <w:p w14:paraId="4BCBAE4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chico le mira con recelo.</w:t>
      </w:r>
    </w:p>
    <w:p w14:paraId="5FEAAE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934EE8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Las tías de por aquí parece que tienen muy mala hostia, así que voy a preguntarte a ti.</w:t>
      </w:r>
    </w:p>
    <w:p w14:paraId="0EB00B0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CHICO</w:t>
      </w:r>
    </w:p>
    <w:p w14:paraId="12A334A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quieres?</w:t>
      </w:r>
    </w:p>
    <w:p w14:paraId="1A26C35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C213CB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¿Tú sabes si tu novia es virgen y se ha acostado hace poco con un hombre maduro, con barba blanca?</w:t>
      </w:r>
    </w:p>
    <w:p w14:paraId="0224383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CHICO</w:t>
      </w:r>
    </w:p>
    <w:p w14:paraId="428C6A3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cojones estás diciendo?</w:t>
      </w:r>
    </w:p>
    <w:p w14:paraId="1FD4C07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FE7797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es difícil de entender, es un hombre mayor, no viejo, pero sí con cierto encanto, igual a tu novia le gustó y se acostó con él hará unos meses o…</w:t>
      </w:r>
    </w:p>
    <w:p w14:paraId="2E2B3F2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chico empieza a pegarle puñetazos, que le desplazan por toda la sala. Ángel intenta defenderse, tapándose la cara, pero el chico sigue pegándole. Él acaba en el suelo, mientras el chico le sigue pegando patadas. Mientras le pega, Ángel saca su radar y comprueba que se ha roto. En ese momento llega la novia.</w:t>
      </w:r>
    </w:p>
    <w:p w14:paraId="4C22266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NOVIA DEL CHICO VIOLENTO</w:t>
      </w:r>
    </w:p>
    <w:p w14:paraId="55287E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narices estás haciendo?</w:t>
      </w:r>
    </w:p>
    <w:p w14:paraId="0D817ED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CHICO</w:t>
      </w:r>
    </w:p>
    <w:p w14:paraId="3BEB495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Este pervertido me ha preguntado si te habías follado a un viejo de barba blanca</w:t>
      </w:r>
    </w:p>
    <w:p w14:paraId="4C6A06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se incorpora, agarrándose a la barra.</w:t>
      </w:r>
    </w:p>
    <w:p w14:paraId="1A8F9D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2AB517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 hecho… ahora que tengo la atención de todos… quiero saber si cualquiera de vosotras se ha follado a ese viejo.</w:t>
      </w:r>
    </w:p>
    <w:p w14:paraId="516102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chico vuelve a pegarle puñetazos hasta dejarle en el suelo de nuevo.</w:t>
      </w:r>
    </w:p>
    <w:p w14:paraId="11993D1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NOVIA DEL CHICO VIOLENTO</w:t>
      </w:r>
    </w:p>
    <w:p w14:paraId="3EC958F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qué coño les pasa a los tíos hoy? Hace veinte minutos un tío rarísimo le ha preguntado lo mismo a mi amigo Álex.</w:t>
      </w:r>
    </w:p>
    <w:p w14:paraId="4D66219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se levanta de nuevo, muy magullado.</w:t>
      </w:r>
    </w:p>
    <w:p w14:paraId="62238A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87F792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jodas! ¿Cómo era el tío?</w:t>
      </w:r>
    </w:p>
    <w:p w14:paraId="1D56F06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chico hace ademán de pegarle de nuevo, pero Ángel se cubre la cara.</w:t>
      </w:r>
    </w:p>
    <w:p w14:paraId="2B51A4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NOVIA DEL CHICO VIOLENTO</w:t>
      </w:r>
    </w:p>
    <w:p w14:paraId="76231FE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será mejor que te largues igual que ha hecho el otro tío, aquí no nos gustan los babosos.</w:t>
      </w:r>
    </w:p>
    <w:p w14:paraId="3C8B907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comienza a irse, sin quitar ojo al chico.</w:t>
      </w:r>
    </w:p>
    <w:p w14:paraId="51333F2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60AFEB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mejor me marcho. Pero oye, vigila tus espaldas. La próxima vez puede que no esté tu novia para salvarte el culo, princesa.</w:t>
      </w:r>
    </w:p>
    <w:p w14:paraId="5EDB28E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chico va tras Ángel, que sale del garito corriendo.</w:t>
      </w:r>
    </w:p>
    <w:p w14:paraId="18BDA92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sale fuera del garito. Los pocos que hay le miran asustados.</w:t>
      </w:r>
    </w:p>
    <w:p w14:paraId="3F0FC2B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AAED0F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¿Veis estas heridas? Es una señal que dice: Soy un tío peligroso.</w:t>
      </w:r>
    </w:p>
    <w:p w14:paraId="7F9424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gente le ignora y sigue a lo suyo. A lo lejos, ve como un tío le pega un puñetazo a un tipo con sombrero y pinta de desorientado.</w:t>
      </w:r>
    </w:p>
    <w:p w14:paraId="71564F6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va hacia él.</w:t>
      </w:r>
    </w:p>
    <w:p w14:paraId="17301F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C24BF7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Perdona, ¿puedo saber por qué te ha pegado ese tío?</w:t>
      </w:r>
    </w:p>
    <w:p w14:paraId="18D3295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77E54C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Sólo si tú me respondes si te has acostado hace poco con un hombre mayor con el pelo blanco.</w:t>
      </w:r>
    </w:p>
    <w:p w14:paraId="32A9A58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13F49A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Santo Dios.</w:t>
      </w:r>
    </w:p>
    <w:p w14:paraId="63F9C5A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001FF7F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con ese mismo.</w:t>
      </w:r>
    </w:p>
    <w:p w14:paraId="6578EBA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AF5BB4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Siéntate, vamos a hablar.</w:t>
      </w:r>
    </w:p>
    <w:p w14:paraId="701EE8A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(10. Tierra. Bar de al lado. Noche.)</w:t>
      </w:r>
    </w:p>
    <w:p w14:paraId="6CCF9EA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está en la barra, mirando su radar, extrañada.</w:t>
      </w:r>
    </w:p>
    <w:p w14:paraId="7405C2E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C141E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Esto tiene que estar mal a la fuerza…</w:t>
      </w:r>
    </w:p>
    <w:p w14:paraId="4AD26AE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le acerca un tipo, moviéndose al ritmo de la música.</w:t>
      </w:r>
    </w:p>
    <w:p w14:paraId="055B51D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B5F9AF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haces? ¿Necesitas un médico o qué?</w:t>
      </w:r>
    </w:p>
    <w:p w14:paraId="3DC8EB3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tipo le coge de la mano para darle una vuelta, pero Vanesa le retuerce el brazo y se lo rompe. Todos se la quedan mirando.</w:t>
      </w:r>
    </w:p>
    <w:p w14:paraId="5FF495F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52AF2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este lugar es una tortura. ¿Dónde está…?</w:t>
      </w:r>
    </w:p>
    <w:p w14:paraId="1B98F44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Ve al traficante a lo lejos, de fondo hablando con una chica.</w:t>
      </w:r>
    </w:p>
    <w:p w14:paraId="55DFF2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0B55C7A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se marchó dejándome solo… Me empaché de su dulzura y ahora sufro la indigestión de su ausencia…</w:t>
      </w:r>
    </w:p>
    <w:p w14:paraId="74D8E67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00F830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Tú, ¿Qué coño haces?</w:t>
      </w:r>
    </w:p>
    <w:p w14:paraId="2E21BAB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5F04FA4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eres tú. Ya que no me dejas aliviar mi dolor con olvido, trato de buscar otra forma de desahogarme.</w:t>
      </w:r>
    </w:p>
    <w:p w14:paraId="5D01B8E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61E4FB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a nadie le importa tu dolor, deja de dar el coñazo a esta gente.</w:t>
      </w:r>
    </w:p>
    <w:p w14:paraId="73E571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442F01C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Eso no es cierto, aún hay personas capaz de escuchar y ser un amigo cuando nadie… (se gira y ve que la chica ya no está). ¡Oh! Una decepción más en mi vida.</w:t>
      </w:r>
    </w:p>
    <w:p w14:paraId="5A64D5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6960CE3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arregla esto. Me salen dos puntitos rojos en sitios distintos.</w:t>
      </w:r>
    </w:p>
    <w:p w14:paraId="41D4384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0580A26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Será que está detectando dos presencias celestiales distintas.</w:t>
      </w:r>
    </w:p>
    <w:p w14:paraId="32E3781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B825A4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seguro. Vámonos de aquí. Es imposible que Dios frecuente este tipo de antros.</w:t>
      </w:r>
    </w:p>
    <w:p w14:paraId="32CD31E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0501216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Te aseguro que mi radar divino funciona perfectamente… ojalá pudiera decir lo mismo de mi radar para el amor.</w:t>
      </w:r>
    </w:p>
    <w:p w14:paraId="176BFB4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493EB3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Vamos fuera, que tengo que vomitar.</w:t>
      </w:r>
    </w:p>
    <w:p w14:paraId="59B2C8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Ambos salen y empiezan a mirar alrededor. Escuchan a dos personas hablando.</w:t>
      </w:r>
    </w:p>
    <w:p w14:paraId="3AC414C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AMIGO1</w:t>
      </w:r>
    </w:p>
    <w:p w14:paraId="0F5DC41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te ha preguntado qué?</w:t>
      </w:r>
    </w:p>
    <w:p w14:paraId="1B37E6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AMIGO2</w:t>
      </w:r>
    </w:p>
    <w:p w14:paraId="4A81F9D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 me había follado a un viejo de barba blanca. Parecía un yonqui, no sé si llamar a la policía.</w:t>
      </w:r>
    </w:p>
    <w:p w14:paraId="775B450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3745B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Virgilio… Tú (al traficante), quédate y trata de disuadir a esos dos para que no llamen a la policía. Yo voy a buscar a Virgilio.</w:t>
      </w:r>
    </w:p>
    <w:p w14:paraId="21E68F9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11. La tierra. Ext. Fuera del bar.</w:t>
      </w:r>
    </w:p>
    <w:p w14:paraId="251EA09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y Virgilio han terminado de hablar. Virgilio parece sorprendido.</w:t>
      </w:r>
    </w:p>
    <w:p w14:paraId="2304994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0279F8E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¡Así que Dios va a tener un hijo!</w:t>
      </w:r>
    </w:p>
    <w:p w14:paraId="1C4DF51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5C0E21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Eso es lo que tú mismo me has empezado contando. Joder, no te enteras de nada.</w:t>
      </w:r>
    </w:p>
    <w:p w14:paraId="03ADFED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4517702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w:t>
      </w:r>
    </w:p>
    <w:p w14:paraId="2F374CE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(DESESPERADO)</w:t>
      </w:r>
    </w:p>
    <w:p w14:paraId="778E42F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Vamos a ver, ¿Has venido con alguien? Dime que no sólo estás tú para ayudarme.</w:t>
      </w:r>
    </w:p>
    <w:p w14:paraId="27ABB9A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01FEE15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no lo sé, ahora no me acuerdo, la verdad.</w:t>
      </w:r>
    </w:p>
    <w:p w14:paraId="2A168E2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E57808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 coño puedes no acordarte?</w:t>
      </w:r>
    </w:p>
    <w:p w14:paraId="3DEB75A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0D0DEFC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por haberme caído tantas veces en la laguna Estigia,  he ido perdiendo memoria.</w:t>
      </w:r>
    </w:p>
    <w:p w14:paraId="6AB5344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4A494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laguna estigia? ¿Eso no está en el infierno?</w:t>
      </w:r>
    </w:p>
    <w:p w14:paraId="78DAA43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76D9D18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(duda) creo que sí… ¿Dónde está Vanesa? Se lo preguntaré a ella.</w:t>
      </w:r>
    </w:p>
    <w:p w14:paraId="1D4901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4D8531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¿Quién es Vanesa?</w:t>
      </w:r>
    </w:p>
    <w:p w14:paraId="49F7BBB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3FE8738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 compañera. Con la que he subido para buscar a ese hijo de Dios.</w:t>
      </w:r>
    </w:p>
    <w:p w14:paraId="53A5EAE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F314B0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Vamos avanzando. Y esa compañera tuya está…</w:t>
      </w:r>
    </w:p>
    <w:p w14:paraId="411729D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entra en escena, muy preocupada.</w:t>
      </w:r>
    </w:p>
    <w:p w14:paraId="30AD446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226ADD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20E8CDD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 hacia donde están Ángel y Virgilio.</w:t>
      </w:r>
    </w:p>
    <w:p w14:paraId="1E2D0FF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(A ÁNGEL)</w:t>
      </w:r>
    </w:p>
    <w:p w14:paraId="41CB42D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Disculpa si te ha contado alguna tontería, es mi hermano y tiene un pequeño problema mental, no sé si…</w:t>
      </w:r>
    </w:p>
    <w:p w14:paraId="2DCF009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(FASCINADO, MIRÁNDOLA FIJAMENTE)</w:t>
      </w:r>
    </w:p>
    <w:p w14:paraId="7956E20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algo he notado. Yo soy Ángel (tendiéndole la mano)</w:t>
      </w:r>
    </w:p>
    <w:p w14:paraId="1529BE0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D6AB3E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un placer. (Le estrecha la mano). Discúlpanos, tenemos que irnos, tenemos cierta prisa.</w:t>
      </w:r>
    </w:p>
    <w:p w14:paraId="018598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Comienza a andar y mira donde dejó al traficante, que ha desaparecido.</w:t>
      </w:r>
    </w:p>
    <w:p w14:paraId="7D3AA3C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DA8FBF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tiene el puto radar.</w:t>
      </w:r>
    </w:p>
    <w:p w14:paraId="66D79B8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87697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¿Pasa algo?</w:t>
      </w:r>
    </w:p>
    <w:p w14:paraId="78B06CE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34E4D6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tranquilo. Virgilio, ¿Dónde está nuestro amigo el llorón? Necesitamos el radar.</w:t>
      </w:r>
    </w:p>
    <w:p w14:paraId="0DFC5BE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255DC36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lo sé, pero no pasa nada, conozco a un traficante que viene con nosotros que tiene un radar.</w:t>
      </w:r>
    </w:p>
    <w:p w14:paraId="191EC34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C373C3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Hay que joderse, a ver cómo le encontramos ahora…</w:t>
      </w:r>
    </w:p>
    <w:p w14:paraId="7E0EACC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407261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lo mejor puedo ayudaros. Deduzco que estáis buscando algo o a alguien.</w:t>
      </w:r>
    </w:p>
    <w:p w14:paraId="714DD58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204FE8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creo que puedas ayudarnos. Y lo siento, pero no creo que puedas deducir a quién estamos buscando.</w:t>
      </w:r>
    </w:p>
    <w:p w14:paraId="24A51EF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hace un gesto a Virgilio con la mano, éste se levanta y ambos se dan media vuelta.</w:t>
      </w:r>
    </w:p>
    <w:p w14:paraId="6DA0C93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C54D9C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tendrá nada que ver con buscar a Dios, o una virgen a la que él ha dejado embarazada entonces, no?</w:t>
      </w:r>
    </w:p>
    <w:p w14:paraId="6E33EFE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se gira, sorprendida.</w:t>
      </w:r>
    </w:p>
    <w:p w14:paraId="598647E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F8064F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w:t>
      </w:r>
    </w:p>
    <w:p w14:paraId="4BAE5C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(ALTIVO)</w:t>
      </w:r>
    </w:p>
    <w:p w14:paraId="7B30D4D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soy muy perspicaz.</w:t>
      </w:r>
    </w:p>
    <w:p w14:paraId="1B61C1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(ALEGRE E INOCENTE)</w:t>
      </w:r>
    </w:p>
    <w:p w14:paraId="103DA8D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se lo he contado!</w:t>
      </w:r>
    </w:p>
    <w:p w14:paraId="28839F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(MURMURANDO)</w:t>
      </w:r>
    </w:p>
    <w:p w14:paraId="5C8C63F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gilipollas…</w:t>
      </w:r>
    </w:p>
    <w:p w14:paraId="10E518F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se agacha de nuevo y se pone a escribir algo en un papel.</w:t>
      </w:r>
    </w:p>
    <w:p w14:paraId="3FFA66D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448DE3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¿Quién eres tú?</w:t>
      </w:r>
    </w:p>
    <w:p w14:paraId="7A80B03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5F584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no hay mucho tiempo para contarte. La historia es que ambos queremos que ese crío no nazca. Así que habrá que impedirlo como sea.</w:t>
      </w:r>
    </w:p>
    <w:p w14:paraId="26E05E2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888C72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qué bestia. ¿Y tú eres el ángel?</w:t>
      </w:r>
    </w:p>
    <w:p w14:paraId="024CD38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85A8F0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 sabes que soy un ángel?</w:t>
      </w:r>
    </w:p>
    <w:p w14:paraId="252E860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4D843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Te has presentado como Ángel, no hay que deducir demasiado. Tenéis poca imaginación en el cielo. Además, esa ropa dejó de estar de moda en la Tierra en los 80.</w:t>
      </w:r>
    </w:p>
    <w:p w14:paraId="779B113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(COLOCÁNDOSE LA CAMISA)</w:t>
      </w:r>
    </w:p>
    <w:p w14:paraId="12EFDA2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bueno… ¿y qué tiene de malo mi plan?</w:t>
      </w:r>
    </w:p>
    <w:p w14:paraId="168FB63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24D7B5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nada. Pero si quieres, ya que estamos, esperamos a que el bebé nazca, entramos en el hospital a puñetazos y arrojamos al crío por un barranco como espartanos.</w:t>
      </w:r>
    </w:p>
    <w:p w14:paraId="1180ECD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A0B4EE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no sé yo… igual es un poco drástico, ¿no?</w:t>
      </w:r>
    </w:p>
    <w:p w14:paraId="3EDE900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B47C7B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claro que es un poco drástico. ¿En serio hacéis así las cosas en el cielo?</w:t>
      </w:r>
    </w:p>
    <w:p w14:paraId="0BC57E4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28AA96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no sé, es la primera vez que bajo a la Tierra a impedir el nacimiento de un nuevo Cristo, no sé cómo habría que hacer las cosas. Dime tú cuál es tu brillante plan.</w:t>
      </w:r>
    </w:p>
    <w:p w14:paraId="0C90FFE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31B5F89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Convencer a Dios para que niegue que ese crío es suyo y le quite los poderes cuando nazca.</w:t>
      </w:r>
    </w:p>
    <w:p w14:paraId="2D0E911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2E22B0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Bueno, tampoco es mala idea. ¿Y él que dice? (señalando a Virgilio)</w:t>
      </w:r>
    </w:p>
    <w:p w14:paraId="599A74E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(MUY ALEGRE, MOSTRANDO EL PAPEL)</w:t>
      </w:r>
    </w:p>
    <w:p w14:paraId="158494D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he dibujado un gato!</w:t>
      </w:r>
    </w:p>
    <w:p w14:paraId="1A4E054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E2CFEC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Creo que es más idiota a cada minuto que pasa.</w:t>
      </w:r>
    </w:p>
    <w:p w14:paraId="5F36386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3E1DF49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Eso es porque le conoces sólo desde hace un par de minutos.</w:t>
      </w:r>
    </w:p>
    <w:p w14:paraId="1E3E5C9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les mira a los dos desde abajo, sin comprender nada.</w:t>
      </w:r>
    </w:p>
    <w:p w14:paraId="5973DF9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D561EB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tú eres un Ángel, ¿no puedes localizar a Dios o a esa virgen?</w:t>
      </w:r>
    </w:p>
    <w:p w14:paraId="7BE5316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2A58EA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tenía un radar pero… bueno (lo saca destrozado), cuando uno es propenso a la acción, pasan estas cosas.</w:t>
      </w:r>
    </w:p>
    <w:p w14:paraId="445F03F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C2836B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¿Y tienes alguna idea? No vamos a ir preguntando a cada persona que nos crucemos.</w:t>
      </w:r>
    </w:p>
    <w:p w14:paraId="7DC8848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(RIÉNDOSE, NERVIOSO)</w:t>
      </w:r>
    </w:p>
    <w:p w14:paraId="10909AF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no, claro. ¿Te imaginas? Ahí, una a una. Qué idiota sería eso, eh.</w:t>
      </w:r>
    </w:p>
    <w:p w14:paraId="1695B57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le mira con suspicacia.</w:t>
      </w:r>
    </w:p>
    <w:p w14:paraId="086092B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BE95E8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bueno. No sé… ¿y si rezamos? Quizá Dios aparezca para atender nuestras oraciones.</w:t>
      </w:r>
    </w:p>
    <w:p w14:paraId="42DD52E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FC1BE7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evidente que no conoces a Dios; eso no va a funcionar… Habrá que pensar en otro que pueda ayudarnos.</w:t>
      </w:r>
    </w:p>
    <w:p w14:paraId="06B563B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7BFB7C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¿Quién?</w:t>
      </w:r>
    </w:p>
    <w:p w14:paraId="10F9312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ese momento, entra en escena el chico del bar que le dio la paliza a Ángel.</w:t>
      </w:r>
    </w:p>
    <w:p w14:paraId="42DF1D9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CHICO (A ÁNGEL)</w:t>
      </w:r>
    </w:p>
    <w:p w14:paraId="047F69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¡¿Sigues por aquí?! ¿No has tenido suficiente o qué?</w:t>
      </w:r>
    </w:p>
    <w:p w14:paraId="2700059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6E2FF0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¿Quién es ese tío?</w:t>
      </w:r>
    </w:p>
    <w:p w14:paraId="0D5F21A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(NERVIOSO)</w:t>
      </w:r>
    </w:p>
    <w:p w14:paraId="159A3F7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Un bobo al que le he pegado una paliza y el tipo está resentido. Mejor vámonos antes de que tenga que volver a sacar los puños.</w:t>
      </w:r>
    </w:p>
    <w:p w14:paraId="598246A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CHICO</w:t>
      </w:r>
    </w:p>
    <w:p w14:paraId="75DD168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¡Te voy a matar, payaso!</w:t>
      </w:r>
    </w:p>
    <w:p w14:paraId="3DB6638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9142EB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¡Oh¡ ¡Ya está!</w:t>
      </w:r>
    </w:p>
    <w:p w14:paraId="36502C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chico va hacia Ángel, decidido.</w:t>
      </w:r>
    </w:p>
    <w:p w14:paraId="3CC9AE1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028307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está?</w:t>
      </w:r>
    </w:p>
    <w:p w14:paraId="40D776E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4FA696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sé quién puede ayudarnos, pero tienes que hacerme un favor.</w:t>
      </w:r>
    </w:p>
    <w:p w14:paraId="35AB095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D92DFF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w:t>
      </w:r>
    </w:p>
    <w:p w14:paraId="06A6125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C1B76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Cárgate a este tío.</w:t>
      </w:r>
    </w:p>
    <w:p w14:paraId="34A5364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chico del bar está casi al lado de Ángel.</w:t>
      </w:r>
    </w:p>
    <w:p w14:paraId="411FEA5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06D7CA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w:t>
      </w:r>
    </w:p>
    <w:p w14:paraId="0352AD0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5C4305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¡Hazme caso! Lo entenderás luego.</w:t>
      </w:r>
    </w:p>
    <w:p w14:paraId="227F86A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chico del bar llega justo a donde están los tres. Vanesa saca un cuchillo y lo mata. El chico cae de bruces en el suelo.</w:t>
      </w:r>
    </w:p>
    <w:p w14:paraId="115DAE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2037B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ahora qué? No me gusta cargarme a la gente porque sí.</w:t>
      </w:r>
    </w:p>
    <w:p w14:paraId="6AA012F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A05234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Espera un poco.</w:t>
      </w:r>
    </w:p>
    <w:p w14:paraId="5226B9C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(MIRANDO AL CADÁVER)</w:t>
      </w:r>
    </w:p>
    <w:p w14:paraId="32B0D09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¿Está muerto?</w:t>
      </w:r>
    </w:p>
    <w:p w14:paraId="44401D6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AB4063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sólo algo cansado, de la paliza que le di antes.</w:t>
      </w:r>
    </w:p>
    <w:p w14:paraId="175FBFC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Los tres esperan en silencio.</w:t>
      </w:r>
    </w:p>
    <w:p w14:paraId="4F4E086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FA5CEC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se supone que tiene que pasar?</w:t>
      </w:r>
    </w:p>
    <w:p w14:paraId="16F9B2C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Entra caminando la muerte. Viste con una túnica negra con capucha, y lleva su guadaña en la mano.</w:t>
      </w:r>
    </w:p>
    <w:p w14:paraId="044D69D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8E34C1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Ahí está.</w:t>
      </w:r>
    </w:p>
    <w:p w14:paraId="32EB75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muerte se aproxima hacia el cuerpo, con pereza, murmurando para sí.</w:t>
      </w:r>
    </w:p>
    <w:p w14:paraId="0DFC647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26A63C5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Hay que joderse, con lo a gusto que estaba en casa viendo pelis y… (mira hacia Ángel, que le mira sonriente) coño, Ángel, ¿Qué haces tú aquí?</w:t>
      </w:r>
    </w:p>
    <w:p w14:paraId="5266722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F3749F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Hemos tenido que matar a este tío para verte.</w:t>
      </w:r>
    </w:p>
    <w:p w14:paraId="471D813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1F2F7D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¿Hemos?</w:t>
      </w:r>
    </w:p>
    <w:p w14:paraId="7119E8C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0A045B6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jodas, tío, qué ilusión. No hacía falta, hombre. ¿Y qué tal, cómo te va todo? No te veo desde aquella fiesta en el Paraíso con la serpiente y Eva.</w:t>
      </w:r>
    </w:p>
    <w:p w14:paraId="64329BE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49332C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serpiente?</w:t>
      </w:r>
    </w:p>
    <w:p w14:paraId="1E0FB19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(A VANESA)</w:t>
      </w:r>
    </w:p>
    <w:p w14:paraId="5B1BE72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sé de qué habla.</w:t>
      </w:r>
    </w:p>
    <w:p w14:paraId="587EECE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1854175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hace siglos que no salgo, ya sabes que este curro es muy esclavo. No hay día que no se muera alguien y tengo que ir, llevarme su alma y esas mierdas, ya sabes…</w:t>
      </w:r>
    </w:p>
    <w:p w14:paraId="6D0F426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(CORTÁNDOLE)</w:t>
      </w:r>
    </w:p>
    <w:p w14:paraId="7D72A02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oye tío, se me ocurre que igual tú puedes ayudarme en una cosa.</w:t>
      </w:r>
    </w:p>
    <w:p w14:paraId="3176465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2175598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Claro, dime.</w:t>
      </w:r>
    </w:p>
    <w:p w14:paraId="2DF8C61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BD5559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Te habrás enterado de eso que se cuenta del crío de Dios con la virgen y…</w:t>
      </w:r>
    </w:p>
    <w:p w14:paraId="0240B8B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(OFENDIDO)</w:t>
      </w:r>
    </w:p>
    <w:p w14:paraId="07FB86A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te habrás enterado. ¿Por qué me habré enterado? Porque soy un cotilla, ¿no? Porque me aburro en mi trabajo y tengo que cotillear sobre la vida de la gente, porque yo no tengo vida propia.</w:t>
      </w:r>
    </w:p>
    <w:p w14:paraId="57684D7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76FC4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no, porque eres un tío que está siempre al día. Que da gusto hablar con él.</w:t>
      </w:r>
    </w:p>
    <w:p w14:paraId="75C119B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(DUDANDO)</w:t>
      </w:r>
    </w:p>
    <w:p w14:paraId="0C053A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si eso es cierto, ¿Por qué no me llamas más a menudo?</w:t>
      </w:r>
    </w:p>
    <w:p w14:paraId="3FA3495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641C2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he estado algo liado, el otro día se me ocurrió pero…</w:t>
      </w:r>
    </w:p>
    <w:p w14:paraId="53C7340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C23AB5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Vale ya. Muerte, ¿sabes dónde podemos encontrar a Dios?</w:t>
      </w:r>
    </w:p>
    <w:p w14:paraId="1F71D8D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6D978F1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claro que lo sé. Pero da la sensación de que me queréis utilizar sólo para eso.</w:t>
      </w:r>
    </w:p>
    <w:p w14:paraId="6A590B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51DAC1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Venga ya, no seas tonto, eso no es así… ¿Pero nos echas una mano entonces?</w:t>
      </w:r>
    </w:p>
    <w:p w14:paraId="0E5FD6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(MÁS ENTUSIASMADO)</w:t>
      </w:r>
    </w:p>
    <w:p w14:paraId="0DA97FC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vale. Me llevo a este tío y me reúno con vosotros en el puticlub del pueblo de aquí al lado. ¿Lo conocéis?</w:t>
      </w:r>
    </w:p>
    <w:p w14:paraId="3A98BF6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0F49E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sí, ese con el cartel rojo y… (mira a Ángela) ¿Eh? ¿Puticlub? No sé qué es eso, ¿para qué vamos a ir allí?</w:t>
      </w:r>
    </w:p>
    <w:p w14:paraId="1368CFE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36FD91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Ahí anda Dios. Estaba tomándose unos chupitos la última vez que le vi. Os veo allí en media hora.</w:t>
      </w:r>
    </w:p>
    <w:p w14:paraId="38C517D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carga al tipo muerto sobre sus hombros y se lo lleva de allí, marchándose.</w:t>
      </w:r>
    </w:p>
    <w:p w14:paraId="7C2FD86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28F11E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vamos para allá entonces.</w:t>
      </w:r>
    </w:p>
    <w:p w14:paraId="55AEED9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2DD7A7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Algo de un club ha dicho, ¿no? Yo no sé dónde quedará eso, a ver cómo hacemos para ir.</w:t>
      </w:r>
    </w:p>
    <w:p w14:paraId="75AF30E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se incorpora con ímpetu.</w:t>
      </w:r>
    </w:p>
    <w:p w14:paraId="5CF4887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2C2499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lo sé, venid conmigo!</w:t>
      </w:r>
    </w:p>
    <w:p w14:paraId="132AFDA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(PARA SÍ MISMO)</w:t>
      </w:r>
    </w:p>
    <w:p w14:paraId="7352555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te bendiga.</w:t>
      </w:r>
    </w:p>
    <w:p w14:paraId="38A0209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20E95E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 es que tú lo sabes?</w:t>
      </w:r>
    </w:p>
    <w:p w14:paraId="349A558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(CON CARA Y VOZ DE PILLÍN)</w:t>
      </w:r>
    </w:p>
    <w:p w14:paraId="1FCEF6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Las almas malas a veces te enseñan cosas buenas  (guiña los dos ojos a la vez)</w:t>
      </w:r>
    </w:p>
    <w:p w14:paraId="61D4698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encabeza la marcha y Vanesa y Ángel le siguen.</w:t>
      </w:r>
    </w:p>
    <w:p w14:paraId="2CE0C9F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12. La tierra. Otro garito.</w:t>
      </w:r>
    </w:p>
    <w:p w14:paraId="46AFE5F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San José, Ángela y Ángel 3 están donde acaban de marcharse Ángel, Virgilio y Vanesa. Al fondo de la barra, sólo quedan 3 tipos hablando.</w:t>
      </w:r>
    </w:p>
    <w:p w14:paraId="6516E0A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39B5DE1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esperábamos encontrar en un tugurio así?</w:t>
      </w:r>
    </w:p>
    <w:p w14:paraId="11159CE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05320D0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Créeme, conozco a Dios, y estos son los sitios que frecuenta.</w:t>
      </w:r>
    </w:p>
    <w:p w14:paraId="6C29E88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1ECB7F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no hemos sacado nada en claro de ese lugar.</w:t>
      </w:r>
    </w:p>
    <w:p w14:paraId="7FF3C5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(SACANDO VARIAS TARJETAS DE SU BOLSILLO)</w:t>
      </w:r>
    </w:p>
    <w:p w14:paraId="45F6398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Mira todos estos números de teléfono, yo lo veo bastante claro.</w:t>
      </w:r>
    </w:p>
    <w:p w14:paraId="1208F34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7C6A27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Menudo gilipollas.</w:t>
      </w:r>
    </w:p>
    <w:p w14:paraId="0F6D427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se gira, ofendido.</w:t>
      </w:r>
    </w:p>
    <w:p w14:paraId="6D9B785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00657D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¿y ahora qué? ¿Por dónde se os ocurre seguir buscando?</w:t>
      </w:r>
    </w:p>
    <w:p w14:paraId="5083B91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ese momento, pasa Muerte con el cuerpo del tipo sobre sus hombros. Se detiene al verlos.</w:t>
      </w:r>
    </w:p>
    <w:p w14:paraId="685FF52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444CCCE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 José! Debe ser la noche de las sorpresas, ¡Cuánto tiempo!</w:t>
      </w:r>
    </w:p>
    <w:p w14:paraId="515EB8A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39DEB19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¿Qué haces tú aquí?</w:t>
      </w:r>
    </w:p>
    <w:p w14:paraId="2F50B0C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459B570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Currando un poco, a éste pobre se lo han cargado hoy.</w:t>
      </w:r>
    </w:p>
    <w:p w14:paraId="7365937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1AD7D8E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a este sí te lo llevas. Y no a ninguna de las palomas de aquel parque.</w:t>
      </w:r>
    </w:p>
    <w:p w14:paraId="65A8320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00947E9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Sigues tan rencoroso como siempre, eh, José.</w:t>
      </w:r>
    </w:p>
    <w:p w14:paraId="5BC9B30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63E638F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lo sabes bien.</w:t>
      </w:r>
    </w:p>
    <w:p w14:paraId="1225034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30FA70B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¿Quién eres tú?</w:t>
      </w:r>
    </w:p>
    <w:p w14:paraId="12C2D46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575A540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Eso da igual. Tú eres la muerte, ¿no?</w:t>
      </w:r>
    </w:p>
    <w:p w14:paraId="3F571CC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0BF82F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la Virgen María. (Se ríe nervioso). Sí, perdona, soy la Muerte. Es que no estoy acostumbrado a hacer amigos. No trato con gente con mucha vitalidad en mi curro. ¿En qué puedo ayudaros?</w:t>
      </w:r>
    </w:p>
    <w:p w14:paraId="4B3D4B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0985D24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Estábamos buscando precisamente a la virgen que ha embarazado Dios.</w:t>
      </w:r>
    </w:p>
    <w:p w14:paraId="6DE1B0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(A SAN JOSÉ)</w:t>
      </w:r>
    </w:p>
    <w:p w14:paraId="0634B1F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Este tipo sobra un poco, ¿no?</w:t>
      </w:r>
    </w:p>
    <w:p w14:paraId="2E9C3BA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 se encoge de hombros.</w:t>
      </w:r>
    </w:p>
    <w:p w14:paraId="3AA9573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0D84129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Mirad, tengo un poco de prisa, porque he quedado con unos colegas en un rato. No sois mis únicos amigos, me temo. Claro que sé dónde vive y eh, os digo una cosa: Es una tía increíble, eh, que ya tiene que serlo para que baje el gran hombre…</w:t>
      </w:r>
    </w:p>
    <w:p w14:paraId="1EC98EA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35739E0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Al lío.</w:t>
      </w:r>
    </w:p>
    <w:p w14:paraId="2F822C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2FFEF3B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la tía vive en la calle Virgen del puerto, numero 15.</w:t>
      </w:r>
    </w:p>
    <w:p w14:paraId="62D8BBD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2FAB642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serio?</w:t>
      </w:r>
    </w:p>
    <w:p w14:paraId="5D2DEA5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45849C1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cierto eso que dicen de que Dios tiene sentido del humor. ..</w:t>
      </w:r>
    </w:p>
    <w:p w14:paraId="0B661CC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alrededor, procurando que no le vea nadie. Cuando se asegura, deja el cuerpo en el suelo y se acerca un poco más a ellos.</w:t>
      </w:r>
    </w:p>
    <w:p w14:paraId="676B4ED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1ABB952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os diré otra cosa: dicen que la tía ni siquiera era Virgen, pero que Dios iba tan borracho que ni sabía adónde iba. Y os contaré otra cosa: Al parecer, esa noche, él estaba muy raro, no se sabe si…</w:t>
      </w:r>
    </w:p>
    <w:p w14:paraId="29568C6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7854457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Perdona que te corte, socio, pero tenemos algo de prisa. Otro día nos cuentas el resto.</w:t>
      </w:r>
    </w:p>
    <w:p w14:paraId="53F908F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(CON DESPECHO)</w:t>
      </w:r>
    </w:p>
    <w:p w14:paraId="13D9005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bueno, yo también tengo que irme. He quedado con unos amigos, no sé si os lo había dicho. Me han llamado porque querían verme y tomarse algo conmigo. No por interés (mira a San José).</w:t>
      </w:r>
    </w:p>
    <w:p w14:paraId="06EF981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30AAC6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Perfecto, gracias por el aviso.</w:t>
      </w:r>
    </w:p>
    <w:p w14:paraId="228591C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Comienzan a marcharse.</w:t>
      </w:r>
    </w:p>
    <w:p w14:paraId="793615B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se va, dejando el cuerpo del chico en el suelo.</w:t>
      </w:r>
    </w:p>
    <w:p w14:paraId="2AEB336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1C205D2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Muerte!</w:t>
      </w:r>
    </w:p>
    <w:p w14:paraId="20A1528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(girándose alegre) ¡Bueno, está bien! Sacaré tiempo para vosotros y os contaré el resto de la historia ahora!</w:t>
      </w:r>
    </w:p>
    <w:p w14:paraId="67E76D2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3452DA1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que te dejas el cuerpo de este tío.</w:t>
      </w:r>
    </w:p>
    <w:p w14:paraId="6985804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(DIGNO)</w:t>
      </w:r>
    </w:p>
    <w:p w14:paraId="4197923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Claro. Muy amable por tu parte, José, ya nos veremos...</w:t>
      </w:r>
    </w:p>
    <w:p w14:paraId="6ED121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Coge el cuerpo y se lo echa a los hombros. Se va por un lado y los demás por el otro.</w:t>
      </w:r>
    </w:p>
    <w:p w14:paraId="67EE884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 fondo, se ve que los que están hablando son el traficante y los dos tipos a los que debía entretener. El traficante estaba escuchándolo todo.</w:t>
      </w:r>
    </w:p>
    <w:p w14:paraId="44EE01D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79C9D2A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me lo puedo creer… Chicos, gracias por escucharme. Tomad algo más de dinero para unas copas (se saca del bolsillo un montón de billetes y lo tira encima de la mesa, mientras los otros dos se lo reparten),</w:t>
      </w:r>
    </w:p>
    <w:p w14:paraId="4EA3FF7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048BDF6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¿Dónde estará mi clienta? Es la segunda mujer que me olvida en menos de una semana.</w:t>
      </w:r>
    </w:p>
    <w:p w14:paraId="0507541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al cielo, con nostalgia.</w:t>
      </w:r>
    </w:p>
    <w:p w14:paraId="05316A4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(13. Cielo. Ext.)</w:t>
      </w:r>
    </w:p>
    <w:p w14:paraId="53C78FB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 está detrás de su recepción, con las puertas del cielo abiertas.</w:t>
      </w:r>
    </w:p>
    <w:p w14:paraId="29E162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 a pasar un hombre con las manos manchadas de sangre.</w:t>
      </w:r>
    </w:p>
    <w:p w14:paraId="469948D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018B3FB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¿Te arrepientes?</w:t>
      </w:r>
    </w:p>
    <w:p w14:paraId="5616FA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 CON MANOS MANCHADAS DE SANGRE</w:t>
      </w:r>
    </w:p>
    <w:p w14:paraId="4A962B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Mucho.</w:t>
      </w:r>
    </w:p>
    <w:p w14:paraId="7DFF138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3D9DE30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¡Paaaara dentro! (le choca los cinco)</w:t>
      </w:r>
    </w:p>
    <w:p w14:paraId="6D1BAFC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Pasa otro hombre con un cuchillo en las manos.</w:t>
      </w:r>
    </w:p>
    <w:p w14:paraId="5A343C0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20EF38B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¿Arrepentido?</w:t>
      </w:r>
    </w:p>
    <w:p w14:paraId="145EFD4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 CON CUCHILLO</w:t>
      </w:r>
    </w:p>
    <w:p w14:paraId="1B28376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de cojones.</w:t>
      </w:r>
    </w:p>
    <w:p w14:paraId="70E17E3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15B41F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¡Pilla una buena nube! (le choca los cinco)</w:t>
      </w:r>
    </w:p>
    <w:p w14:paraId="3A27A1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 a pasar un hombre armado hasta arriba, con pinta de yonqui y sujetando una cabeza humana, pero San Pedro le detiene con la mano, serio. Le mira un instante. Acto seguido sonríe.</w:t>
      </w:r>
    </w:p>
    <w:p w14:paraId="1D74F8D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2B7B7C3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diantres! ¡Tampoco hay que ser tan selectivo! ¡Pásalo en grande, granuja! (Le da una palmada en la espalda).</w:t>
      </w:r>
    </w:p>
    <w:p w14:paraId="3B592C9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Entra Jesucristo con un fular amarillo intenso.</w:t>
      </w:r>
    </w:p>
    <w:p w14:paraId="671051D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78201BF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Tío Peter, algo me está quitando el sueño…</w:t>
      </w:r>
    </w:p>
    <w:p w14:paraId="02DDA66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0C46796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bueno! ¡Ven aquí y cuéntaselo a tu tío, bribón! (Saca unos caramelos y se los ofrece).</w:t>
      </w:r>
    </w:p>
    <w:p w14:paraId="06ABCA5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077E7AB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Ay, tío, ¿ya soy mayor para esto no?</w:t>
      </w:r>
    </w:p>
    <w:p w14:paraId="1A36602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 hace ademán de guardarlos, pero Jesucristo le coge la mano.</w:t>
      </w:r>
    </w:p>
    <w:p w14:paraId="3313886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0F64DCF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pero la piel la tengo tersa como un niño!</w:t>
      </w:r>
    </w:p>
    <w:p w14:paraId="2B7E47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mete los caramelos en la boca, alegre).</w:t>
      </w:r>
    </w:p>
    <w:p w14:paraId="267DCEE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437710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mira, sé que lo que te voy a contar es muy fuerte, pero ya que no está papá, necesito desahogarme…</w:t>
      </w:r>
    </w:p>
    <w:p w14:paraId="49B5776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51B207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habrás dejado en cinta a una muchacha tú también no?</w:t>
      </w:r>
    </w:p>
    <w:p w14:paraId="35C561C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 (MIRÁNDOLE RESENTIDO)</w:t>
      </w:r>
    </w:p>
    <w:p w14:paraId="7043EF6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Tío Peter, a veces creo que no me conoces.</w:t>
      </w:r>
    </w:p>
    <w:p w14:paraId="7943DE1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3BAB0D1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¿entonces qué te pasa?</w:t>
      </w:r>
    </w:p>
    <w:p w14:paraId="2C21056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09D89A5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¿Sabes cuando tomas una decisión que crees que es correcta pero puede acabar afectándote más de lo que crees? Que tú tienes súper buena intención y quieres hacer lo correcto, pero no sabes si habrás causado un daño aún mayor.</w:t>
      </w:r>
    </w:p>
    <w:p w14:paraId="55A6646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6B66D15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¡Albricias que si lo sé! Ya sé por dónde vas, ya…</w:t>
      </w:r>
    </w:p>
    <w:p w14:paraId="627984C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6AE739C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Oh, perfecto. Entonces, con sinceridad absoluta, ¿este fular combina con mi túnica sí o no?</w:t>
      </w:r>
    </w:p>
    <w:p w14:paraId="43A07AA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7E8F5AE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(perplejo): ¿Qué?</w:t>
      </w:r>
    </w:p>
    <w:p w14:paraId="5C9FF74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7FDE868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Déjalo, eres algo así como un analfabeto en moda.</w:t>
      </w:r>
    </w:p>
    <w:p w14:paraId="16DCEA0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340ACC8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 Pues aquí este analfabeto metió más de una vez la churra  a las pibitas de la Tierra imponiendo su estilo.</w:t>
      </w:r>
    </w:p>
    <w:p w14:paraId="1D54796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 alza las dos manos, en señal de detener.</w:t>
      </w:r>
    </w:p>
    <w:p w14:paraId="4CC17C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35D1CA1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¡Oh! ¡Demasiada información! Gracias por las chuches, tío.</w:t>
      </w:r>
    </w:p>
    <w:p w14:paraId="4C427F7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 se marcha, pero antes de entrar en el cielo de nuevo, se detiene.</w:t>
      </w:r>
    </w:p>
    <w:p w14:paraId="2E1FD6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1676205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 cierto, tío…</w:t>
      </w:r>
    </w:p>
    <w:p w14:paraId="4CC434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1E0DAD4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¡JEJE! Anda, ven aquí y te cuento cómo engatusaba a las mujeres de mi época.</w:t>
      </w:r>
    </w:p>
    <w:p w14:paraId="0DBCDBA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21444AC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Antes prefiero la crucifixión. Escucha, ¿cómo crees que andará Ángel por ahí abajo?</w:t>
      </w:r>
    </w:p>
    <w:p w14:paraId="53F465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61E6600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Espérate que no esté muerto en una cuneta.</w:t>
      </w:r>
    </w:p>
    <w:p w14:paraId="5DFEAA6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0DDD3F8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¿Quéeeee?</w:t>
      </w:r>
    </w:p>
    <w:p w14:paraId="7BDA609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03B8CFE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Tú sabes cómo es eso, le has mandado a un mundo de bárbaros.</w:t>
      </w:r>
    </w:p>
    <w:p w14:paraId="640BE62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3788F98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Oh, my dad (llevándose las manos a la boca).</w:t>
      </w:r>
    </w:p>
    <w:p w14:paraId="1CD8781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37840D5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me malinterpretes, es un colegui debuti. Pero se fía demasiado de la gente; no sabe juzgarles y eso sólo se aprende con el paso del tiempo.</w:t>
      </w:r>
    </w:p>
    <w:p w14:paraId="60003CD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Entra un tipo con la camisa llena de sangre, un cuchillo en una mano y una pistola en la otra.</w:t>
      </w:r>
    </w:p>
    <w:p w14:paraId="042AB81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TIPO ENSANGRENTADO</w:t>
      </w:r>
    </w:p>
    <w:p w14:paraId="75E5BFE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Buenas tardes.</w:t>
      </w:r>
    </w:p>
    <w:p w14:paraId="09FF971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2D546AE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Al fondo hay sitio.</w:t>
      </w:r>
    </w:p>
    <w:p w14:paraId="1A9705E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tipo entra.</w:t>
      </w:r>
    </w:p>
    <w:p w14:paraId="2ECB2A4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432246E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qué vamos a hacer?</w:t>
      </w:r>
    </w:p>
    <w:p w14:paraId="1505F21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202539B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no me arriesgaría a nada, chico. A los dos nos trataron regular y ahora no tiene que haber muy buen ambiente por ahí abajo.</w:t>
      </w:r>
    </w:p>
    <w:p w14:paraId="4F2407C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 le mira sin comprender.</w:t>
      </w:r>
    </w:p>
    <w:p w14:paraId="344A74F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2777141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 esa movida de tu padre con la virgen.</w:t>
      </w:r>
    </w:p>
    <w:p w14:paraId="1E4B35D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465E21E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sí. ¡Cómo es!</w:t>
      </w:r>
    </w:p>
    <w:p w14:paraId="24473A6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5B97CCE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Ahí abajo tiene que haber una guerra del carajo. Una guerra divina.</w:t>
      </w:r>
    </w:p>
    <w:p w14:paraId="699C3A5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 (SORPRENDIDO, MIRANDO A CÁMARA)</w:t>
      </w:r>
    </w:p>
    <w:p w14:paraId="2978057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¡Una divine war!</w:t>
      </w:r>
    </w:p>
    <w:p w14:paraId="7C7552A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PEDRO</w:t>
      </w:r>
    </w:p>
    <w:p w14:paraId="3BEFEC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w:t>
      </w:r>
    </w:p>
    <w:p w14:paraId="7E5056F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w:t>
      </w:r>
    </w:p>
    <w:p w14:paraId="6B244C1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Nada, estaba divagando. Rezaré por ti, Angelote.</w:t>
      </w:r>
    </w:p>
    <w:p w14:paraId="6A8807F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Pone las dos manos en señal de rezo y San Pedro se encoge de hombros.</w:t>
      </w:r>
    </w:p>
    <w:p w14:paraId="7FA6611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rezo conecta con la Tierra con Dios, en la Tierra, que levanta la cabeza, sobresaltado.</w:t>
      </w:r>
    </w:p>
    <w:p w14:paraId="2CE707A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14 Local de striptease. Noche. Int.</w:t>
      </w:r>
    </w:p>
    <w:p w14:paraId="361D149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levanta la cabeza de la mesa en la que la tenía incorporada, asustado. A su lado, está un borracho con una montaña de cocaína en la mesa.</w:t>
      </w:r>
    </w:p>
    <w:p w14:paraId="14ABC1E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BORRACHO</w:t>
      </w:r>
    </w:p>
    <w:p w14:paraId="1C3B1EC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¿Todo va bien, amigo?</w:t>
      </w:r>
    </w:p>
    <w:p w14:paraId="231879E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7D0A7DC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 cago en mí!</w:t>
      </w:r>
    </w:p>
    <w:p w14:paraId="1688C8E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BORRACHO</w:t>
      </w:r>
    </w:p>
    <w:p w14:paraId="188F74E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sucede?</w:t>
      </w:r>
    </w:p>
    <w:p w14:paraId="52854E0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5F0E9F7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¡Soñaba que volvía a estar casado!</w:t>
      </w:r>
    </w:p>
    <w:p w14:paraId="4F091C1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BORRACHO</w:t>
      </w:r>
    </w:p>
    <w:p w14:paraId="2B8728C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Sólo ha sido una pesadilla, mira a tu alrededor.</w:t>
      </w:r>
    </w:p>
    <w:p w14:paraId="7B33F0E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Alrededor, hay un montón de mujeres bailando sensual, gente metiéndose cocaína y camareras. Dios se ríe a carcajadas y empieza a tirarles dinero y cocaína a la gente.</w:t>
      </w:r>
    </w:p>
    <w:p w14:paraId="12AE620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15. Exterior de la casa de la Virgen. Ext. Noche</w:t>
      </w:r>
    </w:p>
    <w:p w14:paraId="46F38DB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traficante comienza a llamar al telefonillo, muy insistentemente, enfadado.</w:t>
      </w:r>
    </w:p>
    <w:p w14:paraId="0890AA4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30E0545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va a enterar… va a saber quién soy yo. Ni toda la dulzura que alberga en su alma va a salvarla de…</w:t>
      </w:r>
    </w:p>
    <w:p w14:paraId="2911119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abre la puerta de golpe y aparece la Virgen, con unos vaqueros rotos y una camiseta ancha y blanca, llena de manchas rojas.</w:t>
      </w:r>
    </w:p>
    <w:p w14:paraId="0EDD4C6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 (MUY ENFADADA)</w:t>
      </w:r>
    </w:p>
    <w:p w14:paraId="5AC84D1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coño quieres?  (sorprendida) Ah… eres tú… ¿Qué coño quieres?</w:t>
      </w:r>
    </w:p>
    <w:p w14:paraId="5141CD4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646E2FC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yo venía a…</w:t>
      </w:r>
    </w:p>
    <w:p w14:paraId="722AFA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75C8612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 vienes a arrastrarte otra vez  la respuesta sigue siendo no.</w:t>
      </w:r>
    </w:p>
    <w:p w14:paraId="2343DC2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7D60920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absoluto. Lamento mucho comunicarte que ya te… te he… (hace un esfuerzo para reprimir las lágrimas) te he olvidado.</w:t>
      </w:r>
    </w:p>
    <w:p w14:paraId="7CD052D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5F07ED9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Bravo por ti. ¿Qué coño quieres? ¿Un trofeo?</w:t>
      </w:r>
    </w:p>
    <w:p w14:paraId="4E324C5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dispone a cerrar la puerta, pero el traficante la detiene.</w:t>
      </w:r>
    </w:p>
    <w:p w14:paraId="7AA8607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288925B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Hay algo que debo saber…</w:t>
      </w:r>
    </w:p>
    <w:p w14:paraId="3078ED1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detiene por un momento a mirar las manchas rojas de su camiseta.</w:t>
      </w:r>
    </w:p>
    <w:p w14:paraId="2A2D799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2D9F03C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¿De qué son esas manchas?</w:t>
      </w:r>
    </w:p>
    <w:p w14:paraId="485FD1C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1F00019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Sangre, coño. ¿A ti qué te parece?</w:t>
      </w:r>
    </w:p>
    <w:p w14:paraId="5E498AB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 (ACOJONADO)</w:t>
      </w:r>
    </w:p>
    <w:p w14:paraId="465C7E2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Ahhh…</w:t>
      </w:r>
    </w:p>
    <w:p w14:paraId="656083E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42B1C1D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Ando haciendo la cena, imbécil. El carnicero me había dado la carne demasiado fresca.</w:t>
      </w:r>
    </w:p>
    <w:p w14:paraId="3866050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traficante la mira cada vez más acojonado.</w:t>
      </w:r>
    </w:p>
    <w:p w14:paraId="3CDCF3E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0384DA0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Así que si eso es todo…</w:t>
      </w:r>
    </w:p>
    <w:p w14:paraId="1AAC14F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 a cerrar la puerta, pero de nuevo éste la detiene.</w:t>
      </w:r>
    </w:p>
    <w:p w14:paraId="56ADB90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619F0A5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no, espera, hay algo más.</w:t>
      </w:r>
    </w:p>
    <w:p w14:paraId="2D5CA78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56941D3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habla rápido. No quiero que se me escape la cena.</w:t>
      </w:r>
    </w:p>
    <w:p w14:paraId="0B32B1A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 (REPRIMIENDO UNA ARCADA)</w:t>
      </w:r>
    </w:p>
    <w:p w14:paraId="32D5731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cuando me… cuando me abandonaste en este océano de amargura y soledad en el que me hallo…</w:t>
      </w:r>
    </w:p>
    <w:p w14:paraId="41ACE7A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214021F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voy a pedirte perdón.</w:t>
      </w:r>
    </w:p>
    <w:p w14:paraId="346436A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0391A5C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no es eso esta vez. Cuando… ya sabes… ¿tú te embarcaste en algún navío con otro marinero?</w:t>
      </w:r>
    </w:p>
    <w:p w14:paraId="05914F2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329599A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me follé a otro.</w:t>
      </w:r>
    </w:p>
    <w:p w14:paraId="30346E6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traficante reprime las lágrimas.</w:t>
      </w:r>
    </w:p>
    <w:p w14:paraId="667BBA2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33A27E5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Tu sinceridad no conoce los eufemismos.</w:t>
      </w:r>
    </w:p>
    <w:p w14:paraId="7BD553E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41FF9FC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a ti qué te importa?</w:t>
      </w:r>
    </w:p>
    <w:p w14:paraId="06A1624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7842D34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 pudiste, amor mío? Pensaba que nuestro amor era un refugio cálido, al final del arcoíris.</w:t>
      </w:r>
    </w:p>
    <w:p w14:paraId="36AFC36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0FE7147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Lárgate de mi casa.</w:t>
      </w:r>
    </w:p>
    <w:p w14:paraId="2F08E3D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031A457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increíble… el fuego de nuestra relación no te ha dejado ni una cicatriz en el corazón.</w:t>
      </w:r>
    </w:p>
    <w:p w14:paraId="21E7B8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519271C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me jodas. Tío, pasamos juntos una puta noche. Olvídalo y a otra cosa.</w:t>
      </w:r>
    </w:p>
    <w:p w14:paraId="7A244D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5DBD9EF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 engañaste… me hiciste creer que me amabas y entregaste tu flor a otro…</w:t>
      </w:r>
    </w:p>
    <w:p w14:paraId="4E88023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52CA7A7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qué vas a hacer? ¿Partirle la cara? Vuelve cuando seas un hombre.</w:t>
      </w:r>
    </w:p>
    <w:p w14:paraId="3CC9B3D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Cierra la puerta de golpe, dándole en las narices.</w:t>
      </w:r>
    </w:p>
    <w:p w14:paraId="21056CA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68259D2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Puede que lo haga…</w:t>
      </w:r>
    </w:p>
    <w:p w14:paraId="0609D4C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cruje el cuello, ladeándolo. Le da un tirón, y se queja, tocándoselo, sensible.</w:t>
      </w:r>
    </w:p>
    <w:p w14:paraId="4233BAD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16. Calle. Ext. Amaneciendo.</w:t>
      </w:r>
    </w:p>
    <w:p w14:paraId="5592C16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va mirándole el culo a Vanesa, y Virgilio va detrás. Vanesa gira la cabeza hacia atrás, Ángel la gira a Virgilio y éste les mira muy desconcertado. Acto seguido, mira hacia atrás, y les vuelve a mirar sonriendo, muy alegre.</w:t>
      </w:r>
    </w:p>
    <w:p w14:paraId="7A13B3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60DB846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esto no tiene sentido. Estamos perdiendo el tiempo.</w:t>
      </w:r>
    </w:p>
    <w:p w14:paraId="60736A8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6CA10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también lo estaba notando, sinceramente.</w:t>
      </w:r>
    </w:p>
    <w:p w14:paraId="50E935A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DBC385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 qué no…?</w:t>
      </w:r>
    </w:p>
    <w:p w14:paraId="58CB027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F29FE9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(cortándola) Pues sí, nos vamos a tu casa y hacemos lo que tengamos que hacer. Que a mí esto de Dios ya me la pela bastante.</w:t>
      </w:r>
    </w:p>
    <w:p w14:paraId="091900F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F478F7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w:t>
      </w:r>
    </w:p>
    <w:p w14:paraId="175708B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0F546F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w:t>
      </w:r>
    </w:p>
    <w:p w14:paraId="5CAF60D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F2226E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Decía que por qué no intentaba robar un vehículo y vosotros me esperabais aquí. Para cuando queramos llegar, Dios ya se habrá ido.</w:t>
      </w:r>
    </w:p>
    <w:p w14:paraId="6C3ACC8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6C5066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sí, sí…</w:t>
      </w:r>
    </w:p>
    <w:p w14:paraId="6F93491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(ALEGRE)</w:t>
      </w:r>
    </w:p>
    <w:p w14:paraId="0068405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¡Quería hacer el sexo!</w:t>
      </w:r>
    </w:p>
    <w:p w14:paraId="3A781D3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D04E2B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Pensaba que eras gilipollas.</w:t>
      </w:r>
    </w:p>
    <w:p w14:paraId="2F7AE07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le mira muy alegre, sin entenderlo.</w:t>
      </w:r>
    </w:p>
    <w:p w14:paraId="18015E5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78C084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voy yendo a por uno. ¿Me esperáis aquí?</w:t>
      </w:r>
    </w:p>
    <w:p w14:paraId="2226E7E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99C88A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Claro. No tardes, no sea que la emoción me devore por dentro.</w:t>
      </w:r>
    </w:p>
    <w:p w14:paraId="153242E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Apoya la espalda en una pared y se sienta en el suelo, deslizando la espalda lentamente. Virgilio se tira al suelo.</w:t>
      </w:r>
    </w:p>
    <w:p w14:paraId="443E986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sale corriendo.</w:t>
      </w:r>
    </w:p>
    <w:p w14:paraId="306874A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324F82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¡Ahora vuelvo!</w:t>
      </w:r>
    </w:p>
    <w:p w14:paraId="2F45E1A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su lado, pasa un grupo grande de una banda. Se les quedan mirando y murmuran entre ellos.</w:t>
      </w:r>
    </w:p>
    <w:p w14:paraId="26EF2AF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DELINCUENTE1</w:t>
      </w:r>
    </w:p>
    <w:p w14:paraId="405061B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nos hemos quedado sin pasta, igual vosotros podríais ayudarnos.</w:t>
      </w:r>
    </w:p>
    <w:p w14:paraId="66C2238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0D95DF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Claro, colega. Vete a dormir la mona y mañana empiezas antes a beber. Un placer echarte una mano.</w:t>
      </w:r>
    </w:p>
    <w:p w14:paraId="6DF68C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DELINCUENTE2</w:t>
      </w:r>
    </w:p>
    <w:p w14:paraId="2678ADB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¿Te estás riendo de nosotros, no?</w:t>
      </w:r>
    </w:p>
    <w:p w14:paraId="7EAD2DB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4BF45A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(recuerda la voz de San Pedro que le dice que tiene que dar siempre la razón)… ¿sí?</w:t>
      </w:r>
    </w:p>
    <w:p w14:paraId="48DF196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DELINCUENTE3</w:t>
      </w:r>
    </w:p>
    <w:p w14:paraId="31DECEE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acabó, dame lo que lleves. (Saca una navaja)</w:t>
      </w:r>
    </w:p>
    <w:p w14:paraId="4BB3394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5A8FA5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coño? ¿Eso es una lanza? El nivel ha bajado mucho desde Jesucristo.</w:t>
      </w:r>
    </w:p>
    <w:p w14:paraId="2E9983A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DELINCUENTE4</w:t>
      </w:r>
    </w:p>
    <w:p w14:paraId="525C442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Virgilio): Vamos, dame todo lo que lleves.</w:t>
      </w:r>
    </w:p>
    <w:p w14:paraId="38B080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(sacando la botella de agua de la Laguna Estigia) Sólo llevo esto.</w:t>
      </w:r>
    </w:p>
    <w:p w14:paraId="663E04D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DELINCUENTE4</w:t>
      </w:r>
    </w:p>
    <w:p w14:paraId="744C863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Servirá para animar la noche.</w:t>
      </w:r>
    </w:p>
    <w:p w14:paraId="36C6E6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Bebe de ella y, de inmediato abre desmesuradamente los ojos y se tambalea.</w:t>
      </w:r>
    </w:p>
    <w:p w14:paraId="0775099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DELINCUENTE1</w:t>
      </w:r>
    </w:p>
    <w:p w14:paraId="2FFDE9E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te pasa? ¿Qué coño era esto?</w:t>
      </w:r>
    </w:p>
    <w:p w14:paraId="3B0238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(MUY ALEGRE)</w:t>
      </w:r>
    </w:p>
    <w:p w14:paraId="5F3F5A1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me acuerdo!</w:t>
      </w:r>
    </w:p>
    <w:p w14:paraId="1C6F6C3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DELINCUENTE4</w:t>
      </w:r>
    </w:p>
    <w:p w14:paraId="799811C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uno de su grupo, muy confundido): ¿Papá?</w:t>
      </w:r>
    </w:p>
    <w:p w14:paraId="59EE491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DELINCUENTE2</w:t>
      </w:r>
    </w:p>
    <w:p w14:paraId="2577F7A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coño dices, tío?</w:t>
      </w:r>
    </w:p>
    <w:p w14:paraId="0665009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DELINCUENTE4</w:t>
      </w:r>
    </w:p>
    <w:p w14:paraId="6BD44D6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(al mismo de su grupo, más alegre): ¡Mamá!</w:t>
      </w:r>
    </w:p>
    <w:p w14:paraId="4AAB9E7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DELINCUENTE3</w:t>
      </w:r>
    </w:p>
    <w:p w14:paraId="34EA76D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coño le habéis dado? ¡Se ha vuelto imbécil!</w:t>
      </w:r>
    </w:p>
    <w:p w14:paraId="21DD365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E7AC8E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Claro, porque hace un minuto era premio nobel.</w:t>
      </w:r>
    </w:p>
    <w:p w14:paraId="077B08B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DELINCUENTE1</w:t>
      </w:r>
    </w:p>
    <w:p w14:paraId="1609F51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¡Estáis muertos!</w:t>
      </w:r>
    </w:p>
    <w:p w14:paraId="170BB44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 los 4 hacia los dos, cuando un pez golpea de pronto en la cara a uno de ellos.</w:t>
      </w:r>
    </w:p>
    <w:p w14:paraId="370F70C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DELINCUENTE2</w:t>
      </w:r>
    </w:p>
    <w:p w14:paraId="6666D84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coño? (se toca la cara, dolorido)</w:t>
      </w:r>
    </w:p>
    <w:p w14:paraId="12845FB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Acto seguido, empiezan a lloverles barras de pan que les golpean, y más peces.</w:t>
      </w:r>
    </w:p>
    <w:p w14:paraId="7B59626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DELINCUENTE3</w:t>
      </w:r>
    </w:p>
    <w:p w14:paraId="2F20B84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está pasando?</w:t>
      </w:r>
    </w:p>
    <w:p w14:paraId="154936F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DELINCUENTE1</w:t>
      </w:r>
    </w:p>
    <w:p w14:paraId="34CE285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lo sé, pero esto no me gusta un pelo! ¡Vámonos de aquí!</w:t>
      </w:r>
    </w:p>
    <w:p w14:paraId="63EDD16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Todos escapan corriendo, menos el delincuente4, que coge una barra de pan y la muerde, dando vueltas en círculos.</w:t>
      </w:r>
    </w:p>
    <w:p w14:paraId="3586CFF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y Ángel se miran sin entender nada.</w:t>
      </w:r>
    </w:p>
    <w:p w14:paraId="0FE5A42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77D843F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ha pasado?</w:t>
      </w:r>
    </w:p>
    <w:p w14:paraId="3EB3361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C2FCDF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Diría que… no, no puede ser.</w:t>
      </w:r>
    </w:p>
    <w:p w14:paraId="50FDC8A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Desde un callejón oscuro, se ve a Jesucristo con una cesta de mimbre enorme llena de barras de pan y peces. Se gira con dignidad, echándose el fular a un lado.</w:t>
      </w:r>
    </w:p>
    <w:p w14:paraId="3308CBE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Aparece Vanesa conduciendo un coche enorme. Tiene sangre en la cara.</w:t>
      </w:r>
    </w:p>
    <w:p w14:paraId="738306B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4A5F5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¿Todo bien?</w:t>
      </w:r>
    </w:p>
    <w:p w14:paraId="6DB6A1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258EB4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acción me sigue allá donde voy. ¿Por qué tienes sangre en la cara?</w:t>
      </w:r>
    </w:p>
    <w:p w14:paraId="7847377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se toca la cara, intrigada. Se quita la sangre con facilidad.</w:t>
      </w:r>
    </w:p>
    <w:p w14:paraId="5F26E7C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(INDIFERENTE)</w:t>
      </w:r>
    </w:p>
    <w:p w14:paraId="7296B5B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es mía. Subid.</w:t>
      </w:r>
    </w:p>
    <w:p w14:paraId="1AC5904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le roba del bolsillo la cartera al delincuente4 y sube al coche con Ángel.</w:t>
      </w:r>
    </w:p>
    <w:p w14:paraId="283C141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17. Local de striptease. Int. Noche.</w:t>
      </w:r>
    </w:p>
    <w:p w14:paraId="23DC51B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traficante llega, con el radar en la mano, mirándolo fijamente. A su paso, se le van acercando camareras y él va esquivándolas con pudor.</w:t>
      </w:r>
    </w:p>
    <w:p w14:paraId="563871C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4E7219B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Según esto… Mi enemigo tiene que estar…</w:t>
      </w:r>
    </w:p>
    <w:p w14:paraId="0A51585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Justo frente a él, ve a Dios bebiéndose una cerveza de un trago, mientras un montón de borrachos corean a su alrededor “bebe, bebe, bebe”. Al acabar, la tira al suelo, satisfecho.</w:t>
      </w:r>
    </w:p>
    <w:p w14:paraId="6DB62FA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014E3EA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creíais que no iba a poder? ¡Los  caminos del señor son inescrutables!</w:t>
      </w:r>
    </w:p>
    <w:p w14:paraId="31C58C2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Todos jalean y vitorean a su alrededor.</w:t>
      </w:r>
    </w:p>
    <w:p w14:paraId="029F13C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traficante se acerca, temeroso.</w:t>
      </w:r>
    </w:p>
    <w:p w14:paraId="2BC5B90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5B59196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perdón… usted es… es…</w:t>
      </w:r>
    </w:p>
    <w:p w14:paraId="043160C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le da un golpe en el brazo, de complicidad.</w:t>
      </w:r>
    </w:p>
    <w:p w14:paraId="755B4D5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4AB418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soy el cabronazo que lleva bebiendo tres horas cuando los demás creían que no podría.</w:t>
      </w:r>
    </w:p>
    <w:p w14:paraId="7A1C71A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304163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yo quería saber si usted es Dios.</w:t>
      </w:r>
    </w:p>
    <w:p w14:paraId="57827AF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se pone serio de repente y mira alrededor.</w:t>
      </w:r>
    </w:p>
    <w:p w14:paraId="43B5006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11DCFD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¿Quieres un milagro?</w:t>
      </w:r>
    </w:p>
    <w:p w14:paraId="65ED7DC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62FF5E8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w:t>
      </w:r>
    </w:p>
    <w:p w14:paraId="79DB8C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76A19B6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cure a algún inválido o resucite algún muerto?</w:t>
      </w:r>
    </w:p>
    <w:p w14:paraId="30D43C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5910930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w:t>
      </w:r>
    </w:p>
    <w:p w14:paraId="6BE4E78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47940A0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¿Algún favor mío, en general?</w:t>
      </w:r>
    </w:p>
    <w:p w14:paraId="1551877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73C76AD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w:t>
      </w:r>
    </w:p>
    <w:p w14:paraId="445A052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4C83B32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¡Entonces soy Dios!</w:t>
      </w:r>
    </w:p>
    <w:p w14:paraId="737CDC2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Levanta la jarra vacía y grita. El resto jalea con él.</w:t>
      </w:r>
    </w:p>
    <w:p w14:paraId="181676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30D6483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¡Necesitamos dos birras y un par de hostias consagradas por aquí!</w:t>
      </w:r>
    </w:p>
    <w:p w14:paraId="279E379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7BC821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yo venía a…</w:t>
      </w:r>
    </w:p>
    <w:p w14:paraId="47B1972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le rodea el cuello con un brazo y le frota la cabeza con el otro.</w:t>
      </w:r>
    </w:p>
    <w:p w14:paraId="0301994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6F61086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Adán decía que no haría amigos…</w:t>
      </w:r>
    </w:p>
    <w:p w14:paraId="788C8E0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18. Puticlub. Int. Noche.</w:t>
      </w:r>
    </w:p>
    <w:p w14:paraId="4331398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Entran Virgilio, Vanesa y Ángel. Al entrar, una chica se acerca a Virgilio, le da la mano y éste la sigue sin oponer resistencia.</w:t>
      </w:r>
    </w:p>
    <w:p w14:paraId="527980B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A4B793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¿Ves a Dios por alguna parte?</w:t>
      </w:r>
    </w:p>
    <w:p w14:paraId="5C762E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empieza a mirar alrededor. Una chica con una nuez prominente se le acerca y le coge de la mano.</w:t>
      </w:r>
    </w:p>
    <w:p w14:paraId="3CE42BC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86FCA8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no, gracias.</w:t>
      </w:r>
    </w:p>
    <w:p w14:paraId="13BA86F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Ella insiste con más fuerza.</w:t>
      </w:r>
    </w:p>
    <w:p w14:paraId="75D7D8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(A VANESA)</w:t>
      </w:r>
    </w:p>
    <w:p w14:paraId="748DA7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Dile que eres mi novia o algo así. Si hace falta, nos besamos, así como con pasión, a ver si se larga y me deja.</w:t>
      </w:r>
    </w:p>
    <w:p w14:paraId="7958AE4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A22001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tiene dinero.</w:t>
      </w:r>
    </w:p>
    <w:p w14:paraId="656AD5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chica de nuez prominente le deja de inmediato y se marcha.</w:t>
      </w:r>
    </w:p>
    <w:p w14:paraId="4E8BFEE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BBF11D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o eso… eso también está bien.</w:t>
      </w:r>
    </w:p>
    <w:p w14:paraId="1C1BBC0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6F09DD8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no veo a Dios en ninguna parte y… ¿y Virgilio?</w:t>
      </w:r>
    </w:p>
    <w:p w14:paraId="688403E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B96343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Estará pasándoselo bien. Creo que cogió algo de pasta de uno de los tíos con los que nos encontramos hace un rato.</w:t>
      </w:r>
    </w:p>
    <w:p w14:paraId="3C5F166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6EA314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serio? Eso no le pega nad… ¿ese no es Muerte?</w:t>
      </w:r>
    </w:p>
    <w:p w14:paraId="0171207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BF6A35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sí.</w:t>
      </w:r>
    </w:p>
    <w:p w14:paraId="6FE4DFA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Muerte, sentado con un cóctel con una sombrilla, les hace señas para que se acerquen.</w:t>
      </w:r>
    </w:p>
    <w:p w14:paraId="3A63EA2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261A725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alegría veros. Ya pensaba que no vendríais y me estaba desesperando. Imaginaos, hay un par de tíos que acaban de morir de SIDA y aún ni me los he llevado. Son estos, de hecho (señalando a dos tipos sentados a su lado, en dos sillas). Podéis apartarles, que ya no sienten nada. Dicen que vuelvo a la gente un poco fría, jajaja, ¿lo pilláis o qué?</w:t>
      </w:r>
    </w:p>
    <w:p w14:paraId="5FA273B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63D043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no me apetece perder mucho más tiempo con esto. ¿Dónde está Dios?</w:t>
      </w:r>
    </w:p>
    <w:p w14:paraId="1DD7DE0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7D6D1B1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gran jefe? Estará al caer. Os va a encantar. Y, eh… (saca una baraja de cartas) somos cuatro para echar un mus. ¿Y vuestro colega?</w:t>
      </w:r>
    </w:p>
    <w:p w14:paraId="5DB520D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8B8B54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tú nos has dicho que estaría por aquí.</w:t>
      </w:r>
    </w:p>
    <w:p w14:paraId="310F96A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3E1426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w:t>
      </w:r>
    </w:p>
    <w:p w14:paraId="2618599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F32230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no está…</w:t>
      </w:r>
    </w:p>
    <w:p w14:paraId="117621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(DISIMULANDO MAL, MIRANDO ALREDEDOR)</w:t>
      </w:r>
    </w:p>
    <w:p w14:paraId="7BF1000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no… ¿no está? Qué raro. Bueno, ¿unas copas mientras esperamos no?</w:t>
      </w:r>
    </w:p>
    <w:p w14:paraId="679BBB8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C76FF5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5C2E94C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020D9C6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Dime.</w:t>
      </w:r>
    </w:p>
    <w:p w14:paraId="5F35477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¿Dios ha estado aquí en algún momento?</w:t>
      </w:r>
    </w:p>
    <w:p w14:paraId="1A04C28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43A8B64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seguramente, en algún momento habrá estado, con lo pendón que ha sido siempre. ¿Os sabéis aquello del arca? Lo hizo sólo para buscarse pareja.</w:t>
      </w:r>
    </w:p>
    <w:p w14:paraId="3A6487F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3DC123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qué pérdida de tiempo!</w:t>
      </w:r>
    </w:p>
    <w:p w14:paraId="3574955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(AFLIGIDO)</w:t>
      </w:r>
    </w:p>
    <w:p w14:paraId="54913BC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Oh.</w:t>
      </w:r>
    </w:p>
    <w:p w14:paraId="62AF756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0387D3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que tiene sentimientos.</w:t>
      </w:r>
    </w:p>
    <w:p w14:paraId="122762D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C06D79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yo también, joder. Llevamos toda la noche dando vueltas y no hay manera de encontrar a ese puto viejo. Y justo cuando pensaba que este tío serviría…</w:t>
      </w:r>
    </w:p>
    <w:p w14:paraId="7D89F1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se viene abajo, llevándose las manos a la cara.</w:t>
      </w:r>
    </w:p>
    <w:p w14:paraId="300128F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378C995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paso. Que tenga su hijo, que se desate el infierno en la Tierra y que el crío la líe tanto o más que el anterior. Me vuelvo a casa.</w:t>
      </w:r>
    </w:p>
    <w:p w14:paraId="27E2844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se levanta, desesperada.</w:t>
      </w:r>
    </w:p>
    <w:p w14:paraId="37F8848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4023EB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Espera, espera.</w:t>
      </w:r>
    </w:p>
    <w:p w14:paraId="752CA10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se gira.</w:t>
      </w:r>
    </w:p>
    <w:p w14:paraId="4C29C2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(tras un largo suspiro) Yo puedo encontrarle.</w:t>
      </w:r>
    </w:p>
    <w:p w14:paraId="790C6E7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6CF6340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¿Perdona?</w:t>
      </w:r>
    </w:p>
    <w:p w14:paraId="3C35D88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8C004C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no me mola mucho usarlo, pero tengo un poder que me hace ver con exactitud dónde se encuentra Dios. Es como una manera de notar su presencia, su alcance.</w:t>
      </w:r>
    </w:p>
    <w:p w14:paraId="798576A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024DB0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¿Sabes la duda que me surge ahora, no?</w:t>
      </w:r>
    </w:p>
    <w:p w14:paraId="70F35B9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30E2EC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quiero salir contigo.</w:t>
      </w:r>
    </w:p>
    <w:p w14:paraId="1224C69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(CERRANDO LOS OJOS, EXASPERADA, OBVIANDO SU COMENTARIO)</w:t>
      </w:r>
    </w:p>
    <w:p w14:paraId="27E3108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 qué coño no lo has usado antes?</w:t>
      </w:r>
    </w:p>
    <w:p w14:paraId="4CFCFE8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(CON LOS DOS CODOS APOYADOS EN LA MESA Y LAS MANOS EN LA BARBILLA)</w:t>
      </w:r>
    </w:p>
    <w:p w14:paraId="20BE515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estaba tan emocionado desde que me llevé a Hitler.</w:t>
      </w:r>
    </w:p>
    <w:p w14:paraId="4042986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5DE34B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Tú deberías largarte.</w:t>
      </w:r>
    </w:p>
    <w:p w14:paraId="4898FCE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302B6B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¿Queréis intimidad o…?</w:t>
      </w:r>
    </w:p>
    <w:p w14:paraId="0CD4A78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52B445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hay gente muriendo que debas llevarte o algo así?</w:t>
      </w:r>
    </w:p>
    <w:p w14:paraId="77E9080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(RESIGNADO)</w:t>
      </w:r>
    </w:p>
    <w:p w14:paraId="41E5F99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Algún día lo mandaré todo a la mierda y la Tierra acabará siendo un basurero de almas.</w:t>
      </w:r>
    </w:p>
    <w:p w14:paraId="2EA5ECA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marcha. Retrocede y se lleva su cóctel, tirando la sombrillita por el camino.</w:t>
      </w:r>
    </w:p>
    <w:p w14:paraId="2E749CB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AAD988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Venga, usa tu poder.</w:t>
      </w:r>
    </w:p>
    <w:p w14:paraId="00C0A69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9C4CA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Venga, va. Dame de beber. Tengo que emborracharme para usarlo.</w:t>
      </w:r>
    </w:p>
    <w:p w14:paraId="0DA2E8F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3DCF259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serio?</w:t>
      </w:r>
    </w:p>
    <w:p w14:paraId="4EE2DD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057DC0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 desgracia, sí... Oye, a veces hablo demasiado cuando bebo, así que si es necesario, córtame.</w:t>
      </w:r>
    </w:p>
    <w:p w14:paraId="759FD2C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F66E46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Tranquilo.</w:t>
      </w:r>
    </w:p>
    <w:p w14:paraId="79552C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 pasado media hora. Ángel tiene cinco copas frente a la mesa y está borracho.</w:t>
      </w:r>
    </w:p>
    <w:p w14:paraId="53A623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7B6491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 padre nunca me quiso realmente, ¿sabes? Yo le digo a la gente que no me importa, pero ¿sabes una cosa? Sí que me importa… Le quería y él nunca me dio el reconocimiento que esperaba de él.</w:t>
      </w:r>
    </w:p>
    <w:p w14:paraId="171F47C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está escuchándole muy interesada.</w:t>
      </w:r>
    </w:p>
    <w:p w14:paraId="2612901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(ACERCÁNDOLE OTRA COPA)</w:t>
      </w:r>
    </w:p>
    <w:p w14:paraId="312F80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Continúa…</w:t>
      </w:r>
    </w:p>
    <w:p w14:paraId="0650528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27BF7A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Creo que por eso hago como que todo me da igual, pero ¿te digo otra cosa? No es verdad. De hecho me hago el duro contigo para que no te des cuenta de que me molas.</w:t>
      </w:r>
    </w:p>
    <w:p w14:paraId="78D811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4184AA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Ajá…</w:t>
      </w:r>
    </w:p>
    <w:p w14:paraId="02F40DC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7C17E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eres tan guapa… ¿nadie te lo había dicho nunca?</w:t>
      </w:r>
    </w:p>
    <w:p w14:paraId="052B8EA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30D06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verdad es que no.</w:t>
      </w:r>
    </w:p>
    <w:p w14:paraId="55AEB31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A1A199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coño les pasa en el infierno? ¿Son todos gilipollas… o ciegos… o ciegos y gilipollas o…?</w:t>
      </w:r>
    </w:p>
    <w:p w14:paraId="4655206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ese momento entra Virgilio, alegre y desorientado.</w:t>
      </w:r>
    </w:p>
    <w:p w14:paraId="4AC8179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793E848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¡Os estaba buscando!</w:t>
      </w:r>
    </w:p>
    <w:p w14:paraId="6E6E119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FA6C2A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Espera un momento, estamos ocupados.</w:t>
      </w:r>
    </w:p>
    <w:p w14:paraId="0B85411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21E64A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te estaba contando? Ah sí… La adolescencia fue muy dura para mí. Era el único ángel rockero. Tenía el pelo largo y era muy rebelde, pero creo que sólo intentaba ir contra una sociedad que no…</w:t>
      </w:r>
    </w:p>
    <w:p w14:paraId="3307F99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3FFD68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no, me estabas contando otra cosa…</w:t>
      </w:r>
    </w:p>
    <w:p w14:paraId="18D6A2E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D3392C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qué era?  Oye, ¿quieres bailar o algo?</w:t>
      </w:r>
    </w:p>
    <w:p w14:paraId="3E923AC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(ALEGRE)</w:t>
      </w:r>
    </w:p>
    <w:p w14:paraId="0AE69CF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quiero bailar.</w:t>
      </w:r>
    </w:p>
    <w:p w14:paraId="4C20AF6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apoya los codos en la mesa y hunde la cara en las manos.</w:t>
      </w:r>
    </w:p>
    <w:p w14:paraId="1CF6166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7C63D4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Dame de beber, por Dios.</w:t>
      </w:r>
    </w:p>
    <w:p w14:paraId="7B2A31D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CC7363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Toma (le acerca otra copa).</w:t>
      </w:r>
    </w:p>
    <w:p w14:paraId="217884E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se la bebe de un tirón.</w:t>
      </w:r>
    </w:p>
    <w:p w14:paraId="2790258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FFBA28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¿Sabes lo que más miedo me da en el mundo? No son ni las arañas, ni los payasos, ni los gatos… aunque sí, todo eso me da mucho miedo. (Le da un escalofrío) esos gatos… parecen fabricados por Satán. Oye, tú le conoces, ¿sabes si él ha creado a los gatos?</w:t>
      </w:r>
    </w:p>
    <w:p w14:paraId="5397C92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10C8D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te da miedo?</w:t>
      </w:r>
    </w:p>
    <w:p w14:paraId="598BE1D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666314A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lo de Dios?</w:t>
      </w:r>
    </w:p>
    <w:p w14:paraId="021CF88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C7832E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se espere.</w:t>
      </w:r>
    </w:p>
    <w:p w14:paraId="1A45C7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20436F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terminemos esta gilipollez y te pires y yo suba al cielo a seguir aguantando las gilipolleces de los ángeles y no te vea más. De hecho, hace tres copas que sé dónde está Dios y no he querido decírtelo.</w:t>
      </w:r>
    </w:p>
    <w:p w14:paraId="76BDB96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(RESIGNADA)</w:t>
      </w:r>
    </w:p>
    <w:p w14:paraId="677DD70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dónde está?</w:t>
      </w:r>
    </w:p>
    <w:p w14:paraId="61AEB34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621A50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Está en un pueblo de aquí al lado… en un… (cierra los ojos y se concentra) un sitio de striptease. Hace años fui con la Paloma… no está mal, nos pilla a una media hora de aquí… así que vamos a movernos, le encontramos, le decimos que le quite los poderes al crío o lo que le salga de la polla y vosotros volvéis al infierno, y yo a la puta rutina de vida que llevo en el cielo. Hala, vámonos.</w:t>
      </w:r>
    </w:p>
    <w:p w14:paraId="53C4FA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levanta decidido y se desploma, inconsciente.</w:t>
      </w:r>
    </w:p>
    <w:p w14:paraId="46D45F3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5C563F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¿Vamos?</w:t>
      </w:r>
    </w:p>
    <w:p w14:paraId="73C3E03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3C7DA9D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le despertamos por el camino.</w:t>
      </w:r>
    </w:p>
    <w:p w14:paraId="3BEAAEA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(19. Local de striptease de la Tierra. Int. Día)</w:t>
      </w:r>
    </w:p>
    <w:p w14:paraId="353AD99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hay nadie en la sala. Al fondo, está Dios tumbado en la mesa, dormido. Sentado y mirándole con recelo está el traficante.</w:t>
      </w:r>
    </w:p>
    <w:p w14:paraId="2DBA540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Entran corriendo Vanesa, Ángel con la cara roja y Virgilio.</w:t>
      </w:r>
    </w:p>
    <w:p w14:paraId="6036E9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(BALBUCEANDO, LLEVÁNDOSE LA MANO A LA CARA)</w:t>
      </w:r>
    </w:p>
    <w:p w14:paraId="35B5874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me ha pasado?</w:t>
      </w:r>
    </w:p>
    <w:p w14:paraId="101405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6B30C86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Te habrás dado un golpe estando borracho.</w:t>
      </w:r>
    </w:p>
    <w:p w14:paraId="49859D5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5F2F99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no vuelvo a beber…</w:t>
      </w:r>
    </w:p>
    <w:p w14:paraId="755DD2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B6323A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lo descartes aún, has dicho un par de cosas que…</w:t>
      </w:r>
    </w:p>
    <w:p w14:paraId="155B423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6908FB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traficante!</w:t>
      </w:r>
    </w:p>
    <w:p w14:paraId="1894C45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mira a lo lejos y le ve, mirando a Dios y dándole palmaditas en la espalda.</w:t>
      </w:r>
    </w:p>
    <w:p w14:paraId="1E3E3A6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Ambos se acercan.</w:t>
      </w:r>
    </w:p>
    <w:p w14:paraId="5452EBE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(al traficante): ¿Qué haces tú aquí?</w:t>
      </w:r>
    </w:p>
    <w:p w14:paraId="0C3144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adopta una posición en guardia con los brazos y los mueve como un boxeador antiguo.</w:t>
      </w:r>
    </w:p>
    <w:p w14:paraId="592A442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(BALBUCEANTE)</w:t>
      </w:r>
    </w:p>
    <w:p w14:paraId="4586069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¿Quién es este tío?</w:t>
      </w:r>
    </w:p>
    <w:p w14:paraId="41B7374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CCF8A2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un traficante de radares divinos. Ya sabía que no podía fiarme de ti.</w:t>
      </w:r>
    </w:p>
    <w:p w14:paraId="30F32C2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7BF2441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eches más arena sobre la tumba de mi corazón.</w:t>
      </w:r>
    </w:p>
    <w:p w14:paraId="182AF15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27A298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coño dice?</w:t>
      </w:r>
    </w:p>
    <w:p w14:paraId="639797A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49A1AE5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¡Creo que está triste!</w:t>
      </w:r>
    </w:p>
    <w:p w14:paraId="5AA952A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CD4F3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Vanesa, aún balbuceante) Eh, ¿tú quieres que le parta la cara? Una palabra y no me temblará el pulso.</w:t>
      </w:r>
    </w:p>
    <w:p w14:paraId="0082517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227BA0E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Ojalá nunca hubiera venido hasta aquí. No os hacéis una idea de quién es este hombre.</w:t>
      </w:r>
    </w:p>
    <w:p w14:paraId="7BD804D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93DE84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que habíamos acordado que tú buscarías.</w:t>
      </w:r>
    </w:p>
    <w:p w14:paraId="470406D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(ALZANDO LA VOZ PARA DESPERTARLE)</w:t>
      </w:r>
    </w:p>
    <w:p w14:paraId="008832C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¡Jefe! ¡Eh!</w:t>
      </w:r>
    </w:p>
    <w:p w14:paraId="0411357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se incorpora, sobresaltado, tirando un montón de dinero. Acto seguido empieza a dar palmas alegre. Cuando ve que no hay nadie, mira alrededor. Se extraña.</w:t>
      </w:r>
    </w:p>
    <w:p w14:paraId="233C038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Los tres se aproximan junto a él.</w:t>
      </w:r>
    </w:p>
    <w:p w14:paraId="505FF7F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0CB98A5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le pasa?</w:t>
      </w:r>
    </w:p>
    <w:p w14:paraId="44FC796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24CA49C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 que borracho? ¡Insolente! Estás desterrado del cielo por insinuar que he bebido.</w:t>
      </w:r>
    </w:p>
    <w:p w14:paraId="7F7DE7B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C2FDBD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Jefe, él no es del cielo.</w:t>
      </w:r>
    </w:p>
    <w:p w14:paraId="731242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le mira desde abajo, extrañado.</w:t>
      </w:r>
    </w:p>
    <w:p w14:paraId="1E821F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00F6B9B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no? Bueno, mejor para él… Ahora, ¿dónde está mi cerveza?</w:t>
      </w:r>
    </w:p>
    <w:p w14:paraId="1440646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559582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¿es siempre así?</w:t>
      </w:r>
    </w:p>
    <w:p w14:paraId="4F96C79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674972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Sobrio es peor. Cómo odio a los borrachos,  joder. (Se tambalea). Me voy a sentar aquí, por si acaso, sólo para no ser maleducado.</w:t>
      </w:r>
    </w:p>
    <w:p w14:paraId="21D7B5D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Coge una silla y se sienta al lado de Dios.</w:t>
      </w:r>
    </w:p>
    <w:p w14:paraId="6B67F0E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0D922BD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Si no habéis venido a traerme cerveza o a hacerme un baile ya podéis iros por donde habéis venido!</w:t>
      </w:r>
    </w:p>
    <w:p w14:paraId="3BA94B4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68BA7B2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puedo hacer un baile!</w:t>
      </w:r>
    </w:p>
    <w:p w14:paraId="55143BA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(HASTIADO)</w:t>
      </w:r>
    </w:p>
    <w:p w14:paraId="0441220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Cierra la boca.</w:t>
      </w:r>
    </w:p>
    <w:p w14:paraId="51C32E6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(A DIOS)</w:t>
      </w:r>
    </w:p>
    <w:p w14:paraId="47D7E0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voy a ser clara porque no quiero quedarme aquí demasiado tiempo: Venimos a convencerte de que no tengas ese hijo con la virgen que has preñado.</w:t>
      </w:r>
    </w:p>
    <w:p w14:paraId="3FC52E0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A84DCD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sutil, joder.</w:t>
      </w:r>
    </w:p>
    <w:p w14:paraId="2619642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3723CE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¿Qué Virgen…? ¿Qué hijo?</w:t>
      </w:r>
    </w:p>
    <w:p w14:paraId="73A9CCB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va incorporando, lentamente.</w:t>
      </w:r>
    </w:p>
    <w:p w14:paraId="542095E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(PONIÉNDOLE LA MANO EN EL HOMBRO)</w:t>
      </w:r>
    </w:p>
    <w:p w14:paraId="0123829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te preocupes, yo también tengo mala memoria.</w:t>
      </w:r>
    </w:p>
    <w:p w14:paraId="4A55426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se marea y se sujeta la cabeza.</w:t>
      </w:r>
    </w:p>
    <w:p w14:paraId="43E2478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5AE016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esta resaca es peor que el purgatorio.</w:t>
      </w:r>
    </w:p>
    <w:p w14:paraId="61D8DA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5732C59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Sé cómo te sientes.</w:t>
      </w:r>
    </w:p>
    <w:p w14:paraId="51D254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0D0059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¿Quién coño eres tú?</w:t>
      </w:r>
    </w:p>
    <w:p w14:paraId="6177CEF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4C4B86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 que quién soy yo? Soy el que ha estado acompañándote toda la noche, te he abierto mis sentimientos, te he mostrado mi alma y…</w:t>
      </w:r>
    </w:p>
    <w:p w14:paraId="086C87D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6A37E8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cállate. Jefe, usted hace meses bajó a la Tierra.</w:t>
      </w:r>
    </w:p>
    <w:p w14:paraId="093A92F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2725840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tontería, yo no he salido de mi trono en el cielo.</w:t>
      </w:r>
    </w:p>
    <w:p w14:paraId="65468FA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F02D4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Está usted en la Tierra ahora mismo… (Mira alrededor y luego a Vanesa). ¿No?</w:t>
      </w:r>
    </w:p>
    <w:p w14:paraId="0A93F8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asiente.</w:t>
      </w:r>
    </w:p>
    <w:p w14:paraId="69BDB55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DE343D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qué resaca.</w:t>
      </w:r>
    </w:p>
    <w:p w14:paraId="02AD880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647A1D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estás de resaca? Qué rápido vais en el cielo.</w:t>
      </w:r>
    </w:p>
    <w:p w14:paraId="1517E11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023EEA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los ángeles somos así. Bueno, no para todo. Hay veces que somos lentos y dedicados, de estar horas entregados por completo a una causa.</w:t>
      </w:r>
    </w:p>
    <w:p w14:paraId="0D8648D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pone los ojos en blanco.</w:t>
      </w:r>
    </w:p>
    <w:p w14:paraId="73A53C5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mira alrededor, alucinado.</w:t>
      </w:r>
    </w:p>
    <w:p w14:paraId="2508C67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5CB1F28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¡Hostia! ¡No me jodas! ¿Y mi trono arriba?</w:t>
      </w:r>
    </w:p>
    <w:p w14:paraId="31B2338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C70BAD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Está vacío, por el momento. Tiene que hacer memoria. Por lo que he oído, usted echó a la Paloma y decidió bajar aquí a… darse un respiro.</w:t>
      </w:r>
    </w:p>
    <w:p w14:paraId="2BBD4F7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(COMIENZA A RECORDAR)</w:t>
      </w:r>
    </w:p>
    <w:p w14:paraId="189E049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me jodas! Ya me acuerdo, ¡menudo pedo! Recuerdo que empecé a beber. Y cuando cerraron todos los bares, empecé a llamar a los timbres de las casas hasta que alguien me abrió. Recuerdo que era una tía muy guapa que me dijo que era virgen y…</w:t>
      </w:r>
    </w:p>
    <w:p w14:paraId="0121BF9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6C09F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w:t>
      </w:r>
    </w:p>
    <w:p w14:paraId="26B238E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1E3DBC6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mi mundo se desmoronó a pedazos. Él fue con quien me engañó mi dulce Mary.</w:t>
      </w:r>
    </w:p>
    <w:p w14:paraId="4171089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2862F9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qué resaca! No me acuerdo de más. ¡Debió ser el polvo más rápido de mi vida!</w:t>
      </w:r>
    </w:p>
    <w:p w14:paraId="7808DE0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0739F12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sólo me traiciona mi amor, sino que encima lo hace con alguien que ni siquiera la recuerda.</w:t>
      </w:r>
    </w:p>
    <w:p w14:paraId="54E469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(PONE LOS OJOS EN BLANCO, IGNORÁNDOLE)</w:t>
      </w:r>
    </w:p>
    <w:p w14:paraId="59A8F23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¿Entonces no bajaste a concebir un nuevo Cristo?</w:t>
      </w:r>
    </w:p>
    <w:p w14:paraId="4161CF4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6059845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No me jodas, ni de coña. Bastante he tenido ya con el primero. Me cortaría los cojones antes de tener otro.</w:t>
      </w:r>
    </w:p>
    <w:p w14:paraId="653734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1F760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igual es un poco tarde para eso. (Al traficante) Y sigo sin saber qué haces tú aquí.</w:t>
      </w:r>
    </w:p>
    <w:p w14:paraId="5A4516E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278D7DE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Vine para encontrar respuestas y me quedé con nuevas preguntas.</w:t>
      </w:r>
    </w:p>
    <w:p w14:paraId="7A22FD4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Todos le miran, esperando que prosiga.</w:t>
      </w:r>
    </w:p>
    <w:p w14:paraId="2B5B4CC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689D734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Oí que una gente estaba buscando a mi dulce virgen; al parecer están ansiosos de que nazca el nuevo Cristo, cuando por error descubrí también que era con Dios con quien me había engañado. Vine a plantarle cara, pero su corazón bondadoso y su alma compasiva me impidió ejecutar venganza alguna.</w:t>
      </w:r>
    </w:p>
    <w:p w14:paraId="7B5CC7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Miran a Dios, que se mete una raya. Se levanta con la nariz llena de coca.</w:t>
      </w:r>
    </w:p>
    <w:p w14:paraId="315F8A9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(preocupado) Hay que joderse, ¿Qué he hecho?</w:t>
      </w:r>
    </w:p>
    <w:p w14:paraId="3954A92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FE954D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Jefe, ¿no recuerda concebir un bebé en esa mujer?</w:t>
      </w:r>
    </w:p>
    <w:p w14:paraId="3569A87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31715CD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Recuerdo que no uso un condón desde que se me rompió al engendrar a Jesucristo</w:t>
      </w:r>
    </w:p>
    <w:p w14:paraId="6502612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7558A2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¿Jesucristo fue un error?</w:t>
      </w:r>
    </w:p>
    <w:p w14:paraId="17A1DF7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806EE9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 le conocieras no te sorprenderías tanto.</w:t>
      </w:r>
    </w:p>
    <w:p w14:paraId="7CFCC5B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839DEA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Cojonudo. Tanto buscarle para esto.</w:t>
      </w:r>
    </w:p>
    <w:p w14:paraId="2F1FE9D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65B8F6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Al menos ya sabemos que él tampoco quiere tener ese crío.</w:t>
      </w:r>
    </w:p>
    <w:p w14:paraId="31999DF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6D4DD91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¡Preferiría que lo tuviera Satán! Así sabría lo que se siente al estar atado con tantas responsabilidades.</w:t>
      </w:r>
    </w:p>
    <w:p w14:paraId="5E8DD7F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(HASTIADO)</w:t>
      </w:r>
    </w:p>
    <w:p w14:paraId="02A3EB5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nada, bajamos al infierno a convencer al diablo de que suba a la Tierra a follar y compensamos la balanza.</w:t>
      </w:r>
    </w:p>
    <w:p w14:paraId="658827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3367AF4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¡Eso es!</w:t>
      </w:r>
    </w:p>
    <w:p w14:paraId="2BBB4E6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BBC37B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w:t>
      </w:r>
    </w:p>
    <w:p w14:paraId="0EB3117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6B2113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una idea brillante!</w:t>
      </w:r>
    </w:p>
    <w:p w14:paraId="784A748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B64E57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¿Cuál?</w:t>
      </w:r>
    </w:p>
    <w:p w14:paraId="48C4B7D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3DCE6FC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Lograr que Satán engendre a un hijo. Así no tendremos que seguir buscando a la virgen, ella podrá tener su crío y Satán el suyo. Todo queda compensado.</w:t>
      </w:r>
    </w:p>
    <w:p w14:paraId="33A20A1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A6AF3E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sí?</w:t>
      </w:r>
    </w:p>
    <w:p w14:paraId="241C621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¿Cómo que ah sí? Ha sido idea tuya. ¿O no lo decías en serio?</w:t>
      </w:r>
    </w:p>
    <w:p w14:paraId="6FEC503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7CE46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claro que sí. Yo soy muy así, ¿sabes? No me gusta darme importancia.</w:t>
      </w:r>
    </w:p>
    <w:p w14:paraId="1F807F7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FA7F95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claro. Lo único que nos queda es qué hacer con…</w:t>
      </w:r>
    </w:p>
    <w:p w14:paraId="0A1630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a Dios, que se ha quedado dormido sentado, con un chupito en la mano.</w:t>
      </w:r>
    </w:p>
    <w:p w14:paraId="1050EA1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B32150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Estará bien ahí de momento. ¿Nos vamos?</w:t>
      </w:r>
    </w:p>
    <w:p w14:paraId="1B5E8E9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1591A5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podéis marcharos. Mirad, mi función ya está hecha. Encontré a Dios. Liberadme de los recuerdos tal como hablamos.</w:t>
      </w:r>
    </w:p>
    <w:p w14:paraId="0F984CB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60C408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dale la botella y que se la beba, a ver si olvida cómo respirar y deja de molestar.</w:t>
      </w:r>
    </w:p>
    <w:p w14:paraId="5B93B2F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se hurga en la chaqueta y no la encuentra.</w:t>
      </w:r>
    </w:p>
    <w:p w14:paraId="4C46650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39FBF6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buscas?</w:t>
      </w:r>
    </w:p>
    <w:p w14:paraId="627F7D4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FF708D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Agua del charco Estigia, ayuda a olvidar.</w:t>
      </w:r>
    </w:p>
    <w:p w14:paraId="531A91A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D523E9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Ahhh, así que era eso.</w:t>
      </w:r>
    </w:p>
    <w:p w14:paraId="1738AE1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47B131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qué?</w:t>
      </w:r>
    </w:p>
    <w:p w14:paraId="3097A9A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55344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va a poder dártela, tuvimos que usarla con un tipo.</w:t>
      </w:r>
    </w:p>
    <w:p w14:paraId="267219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0252813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¿No hay consuelo para mi dolor?</w:t>
      </w:r>
    </w:p>
    <w:p w14:paraId="3232EF3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6711117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guay.</w:t>
      </w:r>
    </w:p>
    <w:p w14:paraId="14D6E67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TRAFICANTE</w:t>
      </w:r>
    </w:p>
    <w:p w14:paraId="1353D82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cruel destino éste. Una traición me ha hecho conocer a mi mejor amigo sin saber que sería también mi mayor rival. Si tan sólo la vida pudiera darme una tregua para…</w:t>
      </w:r>
    </w:p>
    <w:p w14:paraId="1297BB6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Sale la muerte debajo de una mesa y le clava la guadaña en el pecho.</w:t>
      </w:r>
    </w:p>
    <w:p w14:paraId="61FD9F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59D47BD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Tanta paz te lleves como descanso dejas.</w:t>
      </w:r>
    </w:p>
    <w:p w14:paraId="479F325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traficante se desploma sobre la mesa, al lado de Dios.</w:t>
      </w:r>
    </w:p>
    <w:p w14:paraId="415BAB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(SOBRESALTÁNDOSE)</w:t>
      </w:r>
    </w:p>
    <w:p w14:paraId="74D68EF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¿Qué haces tú aquí?</w:t>
      </w:r>
    </w:p>
    <w:p w14:paraId="6636DE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62013B2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Tenía remordimientos por haberos indicado mal antes, así que quería compensarlo echando un Monopoly o algo.</w:t>
      </w:r>
    </w:p>
    <w:p w14:paraId="6446D1F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saca una caja de Monopoly y la pone encima de la mesa.</w:t>
      </w:r>
    </w:p>
    <w:p w14:paraId="0BF183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B5B8EC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qué hacías debajo de la mesa? ¿Y por qué lo has matado?</w:t>
      </w:r>
    </w:p>
    <w:p w14:paraId="1281EAB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1D16810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quién es más cotilla, el que se esconde o el que hace tantas preguntas? Además, él quería una tregua y nosotros también. Ganamos todos.</w:t>
      </w:r>
    </w:p>
    <w:p w14:paraId="036141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51CFE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Claro. ¿Nos vamos o qué?</w:t>
      </w:r>
    </w:p>
    <w:p w14:paraId="045BDEB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537B31F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¿Adónde?</w:t>
      </w:r>
    </w:p>
    <w:p w14:paraId="3838F91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CB8ED2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Al infierno. Al parecer hay gente que sí quiere que el niño nazca. Intentaremos equilibrar la balanza.</w:t>
      </w:r>
    </w:p>
    <w:p w14:paraId="5D6FC0E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2348F50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¿Queréis que os acompañe? Hay rincones muy peligrosos ahí abajo.</w:t>
      </w:r>
    </w:p>
    <w:p w14:paraId="40ECD87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939660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Tranquilo, soy de por allí.</w:t>
      </w:r>
    </w:p>
    <w:p w14:paraId="0A0B429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D05F8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tú dirás.</w:t>
      </w:r>
    </w:p>
    <w:p w14:paraId="190E39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1B8205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¿vienes?</w:t>
      </w:r>
    </w:p>
    <w:p w14:paraId="1FBDE21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5296FA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Vanesa. ¿Nosotros hemos venido para ayudar en el parto no?</w:t>
      </w:r>
    </w:p>
    <w:p w14:paraId="051E574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8078CE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no, Virgilio. Todo lo contrario.</w:t>
      </w:r>
    </w:p>
    <w:p w14:paraId="54B607C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665674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¡Sois malas personas!</w:t>
      </w:r>
    </w:p>
    <w:p w14:paraId="1DC141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se marcha, dejando a Ángel y Vanesa desconcertados.</w:t>
      </w:r>
    </w:p>
    <w:p w14:paraId="19EF196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4AEFA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este tío guía a los muertos en el infierno?</w:t>
      </w:r>
    </w:p>
    <w:p w14:paraId="47C0AE8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5F40F2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infierno está sobrevalorado.</w:t>
      </w:r>
    </w:p>
    <w:p w14:paraId="3EF698D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552877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habrá que echarle un vistazo.</w:t>
      </w:r>
    </w:p>
    <w:p w14:paraId="1A23906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(LEVANTANDO EL TABLERO DE MONOPOLY)</w:t>
      </w:r>
    </w:p>
    <w:p w14:paraId="6167DE1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¡Quedaos hasta que consigáis un hotel o algo!</w:t>
      </w:r>
    </w:p>
    <w:p w14:paraId="68C0F3C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abre un portal en forma de escalera en el suelo. Bajan por ahí.</w:t>
      </w:r>
    </w:p>
    <w:p w14:paraId="4D55BD3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mira a Dios, que sigue durmiendo.</w:t>
      </w:r>
    </w:p>
    <w:p w14:paraId="6D48B43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20 Casa de la Virgen.</w:t>
      </w:r>
    </w:p>
    <w:p w14:paraId="19371F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virgen escucha atentamente a Ángela, Ángel 3 y San José.</w:t>
      </w:r>
    </w:p>
    <w:p w14:paraId="72C77E4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6A442D6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 que quieren a mi hijo? ¡Les arrancaré los pulmones y se los meteré por el culo!</w:t>
      </w:r>
    </w:p>
    <w:p w14:paraId="548DB61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 (A ÁNGELA)</w:t>
      </w:r>
    </w:p>
    <w:p w14:paraId="5B8F27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¿Seguro que esta es la Virgen?</w:t>
      </w:r>
    </w:p>
    <w:p w14:paraId="1DE2E55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248477C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evidente que ya no, payaso!</w:t>
      </w:r>
    </w:p>
    <w:p w14:paraId="08F3998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0454DB0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Perdona, ¿Podrías ser un poco más amable? Estamos tratando de ayudarte.</w:t>
      </w:r>
    </w:p>
    <w:p w14:paraId="466299D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 (MÁS CALMADA)</w:t>
      </w:r>
    </w:p>
    <w:p w14:paraId="4FB4BD3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perdona. Son estos desbarajustes hormonales. Tan pronto estoy alegre como que me encabrono yo sola.</w:t>
      </w:r>
    </w:p>
    <w:p w14:paraId="63CB1D2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022B246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eso es evidente.</w:t>
      </w:r>
    </w:p>
    <w:p w14:paraId="4C209A8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virgen le mira con odio. Ángel 3 se amilana.</w:t>
      </w:r>
    </w:p>
    <w:p w14:paraId="19D5D4D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3B53F14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no pretendíamos hacer así las cosas, pero si tú quieres podemos buscar a la gente que quiere tu bebé y…</w:t>
      </w:r>
    </w:p>
    <w:p w14:paraId="1E5B5C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31E727D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arrancarles la cabeza!</w:t>
      </w:r>
    </w:p>
    <w:p w14:paraId="0BF0BAD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2D3C085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eso estará bien.</w:t>
      </w:r>
    </w:p>
    <w:p w14:paraId="7317F93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virgen pone un pie en una silla y saca un par de cuchillos de dentro de su bota.</w:t>
      </w:r>
    </w:p>
    <w:p w14:paraId="79BFD0F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4EC0CA2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¡Vamos a por esos bastardos!</w:t>
      </w:r>
    </w:p>
    <w:p w14:paraId="55192BF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 (A SAN JOSÉ)</w:t>
      </w:r>
    </w:p>
    <w:p w14:paraId="41B77F3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¿Seguro que esto va a ser buena idea? La Paloma nos dijo que…</w:t>
      </w:r>
    </w:p>
    <w:p w14:paraId="379913F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069FA52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dónde está ahora? En cuanto ve una mujer, desaparece. Me da igual lo que diga ese bicho, vamos a cortar por lo sano.</w:t>
      </w:r>
    </w:p>
    <w:p w14:paraId="35907CE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03145D5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no sabes cuánto!</w:t>
      </w:r>
    </w:p>
    <w:p w14:paraId="3F4CDD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virgen clava uno de los cuchillos en la silla y le mira con decisión. San José traga saliva, asustado.</w:t>
      </w:r>
    </w:p>
    <w:p w14:paraId="02DA084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virgen sale de allí, a paso firme, seguida de San José. Ángela va a seguirles, pero Ángel 3 la detiene.</w:t>
      </w:r>
    </w:p>
    <w:p w14:paraId="017CBD6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2979D21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espera un momento.</w:t>
      </w:r>
    </w:p>
    <w:p w14:paraId="417D680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 se para y le mira, expectante.</w:t>
      </w:r>
    </w:p>
    <w:p w14:paraId="030CE3F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20936AC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se te ha ocurrido pensar que pasa con el trono de Dios durante todo este tiempo?</w:t>
      </w:r>
    </w:p>
    <w:p w14:paraId="527436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4F5CA8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la verdad es que no.</w:t>
      </w:r>
    </w:p>
    <w:p w14:paraId="30BAAB9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0456C56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te parece que Dios lo está dejando desatendido y cualquiera podría ocuparlo?</w:t>
      </w:r>
    </w:p>
    <w:p w14:paraId="0FE00E0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21872E4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qué insinúas?</w:t>
      </w:r>
    </w:p>
    <w:p w14:paraId="5A07772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6B728B0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podríamos pasar de esta gente. A mí me da igual todo esto del bebé y la virgen. ¿Por qué no subimos y nos hacemos con lo que Dios ha dejado libre?</w:t>
      </w:r>
    </w:p>
    <w:p w14:paraId="244B608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7AC4149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Porque nuestra misión precisamente es ayudarle, no aprovecharnos de la situación. ¿A ti qué te pasa?</w:t>
      </w:r>
    </w:p>
    <w:p w14:paraId="4F5763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6684089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Nada, claro.</w:t>
      </w:r>
    </w:p>
    <w:p w14:paraId="724B5E6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 va a salir de la habitación, pero se gira un momento.</w:t>
      </w:r>
    </w:p>
    <w:p w14:paraId="507085E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07CEDB7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¿Vienes?</w:t>
      </w:r>
    </w:p>
    <w:p w14:paraId="25C5720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22B4CA5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Id yendo vosotros. Ya os alcanzaré.</w:t>
      </w:r>
    </w:p>
    <w:p w14:paraId="0CC43EB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(21. Infierno. Antesala del hogar de Satán.)</w:t>
      </w:r>
    </w:p>
    <w:p w14:paraId="5FA769D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493679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Tengo que admitir que estoy algo decepcionado. Esperaba que fuera más complicado llegar hasta aquí. No sé, una muralla de fuego, al cancerbero custodiando la entrada…</w:t>
      </w:r>
    </w:p>
    <w:p w14:paraId="15FAF96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83FD36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 infierno está sobrevalorado. El cancerbero es un gato gordo que tiene Satán en su cuarto. Quizá le veas ahora.</w:t>
      </w:r>
    </w:p>
    <w:p w14:paraId="239E7D4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238B24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¿Vamos a entrar en los dominios del demonio?</w:t>
      </w:r>
    </w:p>
    <w:p w14:paraId="241B60E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9621A7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te emociones demasiado.</w:t>
      </w:r>
    </w:p>
    <w:p w14:paraId="539F4F0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abre la puerta y dentro está Satán, con un batín negro con su nombre bordado. De fondo, está sonando “Don diablo”, de Miguel Bosé, mientras él baila sentado, con los brazos en alto.</w:t>
      </w:r>
    </w:p>
    <w:p w14:paraId="21A7B80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Ambos se quedan mirándole, mientras él continúa bailando sin percatarse de su presencia. Vanesa carraspea para hacerse notar. Satán se asusta al verles. Es calmado al hablar y algo redicho.</w:t>
      </w:r>
    </w:p>
    <w:p w14:paraId="3A4BC16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(TRANQUILO Y AMANERADO)</w:t>
      </w:r>
    </w:p>
    <w:p w14:paraId="0746821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¡Oh, madre mía! ¡Qué susto me has dado, Vanesa!</w:t>
      </w:r>
    </w:p>
    <w:p w14:paraId="36F9ED7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hace un gesto con la mano y la música se corta.</w:t>
      </w:r>
    </w:p>
    <w:p w14:paraId="2D170BA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6825D17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¿Quién es tu amigo?</w:t>
      </w:r>
    </w:p>
    <w:p w14:paraId="0DE1A1F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41045F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soy… un demonio, alguien que no tiene nada que ver con el cielo, ni con los ángeles.</w:t>
      </w:r>
    </w:p>
    <w:p w14:paraId="1F5A0E5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CE617F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mentira, es un ángel.</w:t>
      </w:r>
    </w:p>
    <w:p w14:paraId="02326D8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63A14F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bueno!</w:t>
      </w:r>
    </w:p>
    <w:p w14:paraId="3E6B323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171FCD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estoy con ella, no quisiera haber irrumpido en sus dominios…</w:t>
      </w:r>
    </w:p>
    <w:p w14:paraId="7CFC7E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7D7D4F7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¡Tutéame, por favor! Siempre es un gustazo que haya invitados. ¿Quieres un té?</w:t>
      </w:r>
    </w:p>
    <w:p w14:paraId="4B5E09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1B0B65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bueno.</w:t>
      </w:r>
    </w:p>
    <w:p w14:paraId="235147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coge una taza y empieza a verter el té de una tetera. Mientras, Ángel mira a Vanesa extrañado.</w:t>
      </w:r>
    </w:p>
    <w:p w14:paraId="002F31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2D8C536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Ten, amigo.</w:t>
      </w:r>
    </w:p>
    <w:p w14:paraId="7B6848D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ABF780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w:t>
      </w:r>
    </w:p>
    <w:p w14:paraId="4E6DBF6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va a cogerlo, pero la voz de Satán le detiene.</w:t>
      </w:r>
    </w:p>
    <w:p w14:paraId="63539D3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19C4256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¡Cuidado insensato!</w:t>
      </w:r>
    </w:p>
    <w:p w14:paraId="14DC682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(ACOJONADO)</w:t>
      </w:r>
    </w:p>
    <w:p w14:paraId="6694FB7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w:t>
      </w:r>
    </w:p>
    <w:p w14:paraId="7C8090E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(CON UNA SONRISA PÍCARA)</w:t>
      </w:r>
    </w:p>
    <w:p w14:paraId="6B44958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está que arde!</w:t>
      </w:r>
    </w:p>
    <w:p w14:paraId="41288C1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comienza a dar leves soplidos en el té, mientras lo agita con una cucharilla y mira a ambos con una sonrisa.</w:t>
      </w:r>
    </w:p>
    <w:p w14:paraId="4B9355E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6E5348F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Aquí tienes. Como decimos en el infierno: Bebe tranquilo, que aquí hay tiempo.</w:t>
      </w:r>
    </w:p>
    <w:p w14:paraId="0C22577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C81305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gracias.</w:t>
      </w:r>
    </w:p>
    <w:p w14:paraId="23284C7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5C0ABA1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Un placer. (Mira a Vanesa). Oye, ¿estáis juntos? Hacéis muy buena pareja eh</w:t>
      </w:r>
    </w:p>
    <w:p w14:paraId="2292C38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364C9F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te pases.</w:t>
      </w:r>
    </w:p>
    <w:p w14:paraId="7CA50F7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(PÍCARO)</w:t>
      </w:r>
    </w:p>
    <w:p w14:paraId="634E9F6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¡Oh! Parece que he tocado hueso. (Mira a Ángel, sonriente).</w:t>
      </w:r>
    </w:p>
    <w:p w14:paraId="5A45BFD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0DD159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usted es… ¿Satán?</w:t>
      </w:r>
    </w:p>
    <w:p w14:paraId="7C90FE3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61757A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¡Tutéame, demonios! Que no soy tan mayor. Y sí, pero puedes llamarme Don Diablo.</w:t>
      </w:r>
    </w:p>
    <w:p w14:paraId="72D8C2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09F318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¿Don Diablo?</w:t>
      </w:r>
    </w:p>
    <w:p w14:paraId="763C3D4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00084F0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¿no es genial?</w:t>
      </w:r>
    </w:p>
    <w:p w14:paraId="59CB6F7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hace un gesto con la mano y la música suena de nuevo. Él baila con los brazos hacia arriba.</w:t>
      </w:r>
    </w:p>
    <w:p w14:paraId="6C80187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(A VANESA)</w:t>
      </w:r>
    </w:p>
    <w:p w14:paraId="0937C52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Debo admitir que esto no es como me lo había imaginado.</w:t>
      </w:r>
    </w:p>
    <w:p w14:paraId="3B944CD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43552A8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porque hace frío? Es que aquí en verano hace una temperatura horripilante. Yo ahora estoy bien, pero si queréis pongo el brasero.</w:t>
      </w:r>
    </w:p>
    <w:p w14:paraId="354E378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4B4AA0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no hace falta. Oye, estaba pensando… ¿Cuánto hace que no sales por ahí?</w:t>
      </w:r>
    </w:p>
    <w:p w14:paraId="71ECB28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2089BDE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 has venido a sacarme de marcha, me temo que no te lo pondré nada fácil!</w:t>
      </w:r>
    </w:p>
    <w:p w14:paraId="5F47579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EF8A57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Venga ya, Dondi, tienes que salir a tomar el aire.</w:t>
      </w:r>
    </w:p>
    <w:p w14:paraId="33F147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A43C3D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¿Dondi? ¿De don Diablo o qué?</w:t>
      </w:r>
    </w:p>
    <w:p w14:paraId="24BBED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5887101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¡Oh! Me encanta ¡A tu amigo no se le escapa una!</w:t>
      </w:r>
    </w:p>
    <w:p w14:paraId="50824C4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1B42F0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gracias.</w:t>
      </w:r>
    </w:p>
    <w:p w14:paraId="687D227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39F2F6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el tío es un lince. Pero oye, en serio, tienes que salir por ahí, conocer alguna mujer…</w:t>
      </w:r>
    </w:p>
    <w:p w14:paraId="2CEA60E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369459A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(se pone rígido y comienza a servirse una taza de té) Sabes que no me gusta hablar de eso. No he logrado superar a Lilith.</w:t>
      </w:r>
    </w:p>
    <w:p w14:paraId="743F5BE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3DB605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 eso hace más de dos mil años.</w:t>
      </w:r>
    </w:p>
    <w:p w14:paraId="0AFC579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(MUY SERIO, REMOVIENDO SU TÉ)</w:t>
      </w:r>
    </w:p>
    <w:p w14:paraId="0DB9CA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Cuando un amor te deja huella en el alma, ni siquiera las nieves del tiempo pueden borrarla.</w:t>
      </w:r>
    </w:p>
    <w:p w14:paraId="2B8908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3069E7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moñada, ¿de quién es?</w:t>
      </w:r>
    </w:p>
    <w:p w14:paraId="6FF9D02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le mira ofendido, sopla su té y bebe.</w:t>
      </w:r>
    </w:p>
    <w:p w14:paraId="5DB29C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(SUSURRÁNDOLE)</w:t>
      </w:r>
    </w:p>
    <w:p w14:paraId="281ED6C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suyo, es un poco sensible.</w:t>
      </w:r>
    </w:p>
    <w:p w14:paraId="42213A2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FC098B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te lo vas a creer, pero se llevaría bien con Jesucristo.</w:t>
      </w:r>
    </w:p>
    <w:p w14:paraId="6AAEDD2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mira de reojo y sigue bebiendo.</w:t>
      </w:r>
    </w:p>
    <w:p w14:paraId="5166D7A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16B8A7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Hazme caso, Satán, lo mejor para superar una pérdida así es conocer a alguien que vuelva a avivar el fuego de tu corazón.</w:t>
      </w:r>
    </w:p>
    <w:p w14:paraId="45AADF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473BD30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Maldita seas, cómo sabes que la poesía es mi punto débil.</w:t>
      </w:r>
    </w:p>
    <w:p w14:paraId="5D1AD30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(A VANESA)</w:t>
      </w:r>
    </w:p>
    <w:p w14:paraId="691EDBE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serio?</w:t>
      </w:r>
    </w:p>
    <w:p w14:paraId="5FE732B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Ella asiente, resignada.</w:t>
      </w:r>
    </w:p>
    <w:p w14:paraId="4392663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6268E30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ya que abrimos nuestra alma… debo confesar una cosa.</w:t>
      </w:r>
    </w:p>
    <w:p w14:paraId="6CD9D46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Ambos le miran expectantes.</w:t>
      </w:r>
    </w:p>
    <w:p w14:paraId="7BB6B6A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2B8B18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 he abierto una cuenta en una página web de contactos para solteros.</w:t>
      </w:r>
    </w:p>
    <w:p w14:paraId="1244ABA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F7ACE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Esto debe ser una puta broma.</w:t>
      </w:r>
    </w:p>
    <w:p w14:paraId="555DAA0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0551AB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¡Oh! En el cielo deberían tener una esponja con jabón, malhablado.</w:t>
      </w:r>
    </w:p>
    <w:p w14:paraId="292C8A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(A ÁNGEL)</w:t>
      </w:r>
    </w:p>
    <w:p w14:paraId="2CB975B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Procura guardar las formas.</w:t>
      </w:r>
    </w:p>
    <w:p w14:paraId="61E672A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0CA5E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claro, perdón. ¿Y qué, conociste a alguien?</w:t>
      </w:r>
    </w:p>
    <w:p w14:paraId="4E9F92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(RESERVADO)</w:t>
      </w:r>
    </w:p>
    <w:p w14:paraId="5AB8AFE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hay una chica con la que llevo hablando unas semanas. Se hace llamar Serpiente y asegura tener más de una sorpresa.</w:t>
      </w:r>
    </w:p>
    <w:p w14:paraId="7A420B8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2C16AF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Uf, mala idea.</w:t>
      </w:r>
    </w:p>
    <w:p w14:paraId="6130C09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2658882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 qué lo dices?</w:t>
      </w:r>
    </w:p>
    <w:p w14:paraId="2D6BA48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5935B2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conozco, igual no es tu tipo.</w:t>
      </w:r>
    </w:p>
    <w:p w14:paraId="511DDDE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(AGITANDO SU TÉ CON UNA CUCHARILLA)</w:t>
      </w:r>
    </w:p>
    <w:p w14:paraId="01D60FB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sé, no he querido hacerme ilusiones, tampoco es que hable con nadie más. Mirad, os lo enseñaré.</w:t>
      </w:r>
    </w:p>
    <w:p w14:paraId="0C2535C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abre un portátil y se lo muestra a Vanesa y Ángel.</w:t>
      </w:r>
    </w:p>
    <w:p w14:paraId="0A8BB39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2C74573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Aquí lo tenéis. No tengáis piedad conmigo, decidme lo que no os guste.</w:t>
      </w:r>
    </w:p>
    <w:p w14:paraId="0643E2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5537BE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¿Lucy?</w:t>
      </w:r>
    </w:p>
    <w:p w14:paraId="1EC4CE6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7F2FAA9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Exacto. Es mi Nik.</w:t>
      </w:r>
    </w:p>
    <w:p w14:paraId="62B1881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FBF2E7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quisiera ofenderte pero… suena a tía.</w:t>
      </w:r>
    </w:p>
    <w:p w14:paraId="7466E0C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(RIÉNDOSE, SE DIRIGE A VANESA)</w:t>
      </w:r>
    </w:p>
    <w:p w14:paraId="29C9FFB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puedo con tu chico, de verdad. ¿Cómo va a sonar Lucy a una chica? Evoca claramente a Lucifer. Da hasta un poco de miedo, ¿no?</w:t>
      </w:r>
    </w:p>
    <w:p w14:paraId="45631B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625639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Oye, igual convendría que salieras ahí fuera, ya sabes, conocer a alguien cara a cara.</w:t>
      </w:r>
    </w:p>
    <w:p w14:paraId="636A70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056A8D6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¿Un vergonzoso redomado como yo? ¡Alguien sobreestima al rey del inframundo!</w:t>
      </w:r>
    </w:p>
    <w:p w14:paraId="63BF9D6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90580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Inténtalo, hombre. No tienes nada que perder.</w:t>
      </w:r>
    </w:p>
    <w:p w14:paraId="732C491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04FDC04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no es la primera vez que oigo eso, pero… ¡qué demonios! ¡El amor es para los audaces!</w:t>
      </w:r>
    </w:p>
    <w:p w14:paraId="15C6C04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4CC5FF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¿Ahora tenemos que subir arriba otra vez? No hacemos más que dar vueltas como gilipollas.</w:t>
      </w:r>
    </w:p>
    <w:p w14:paraId="2F8AEC6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7F9B616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¡Esas palabrotas!</w:t>
      </w:r>
    </w:p>
    <w:p w14:paraId="06F4017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pone los ojos en blanco.</w:t>
      </w:r>
    </w:p>
    <w:p w14:paraId="59E9C8E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78CC9A4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no es necesario que subáis a ningún sitio. Sé cortejar a una dama perfectamente yo solo. Vosotros… podéis quedaros aquí en mi habitación. (Le guiña un ojo a Vanesa)</w:t>
      </w:r>
    </w:p>
    <w:p w14:paraId="5C48AD7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6B3406F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Eso no será necesario, de verdad, nosotros…</w:t>
      </w:r>
    </w:p>
    <w:p w14:paraId="45FD512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221E5FC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No se hable más. Yo también he sido joven y no he tenido adónde ir. Quedaos aquí esta noche, tortolitos. Yo voy a salir ahí fuera a devorar el mundo.</w:t>
      </w:r>
    </w:p>
    <w:p w14:paraId="024DAB7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da un trago al té y sale de la habitación con Don Diablo sonando de fondo</w:t>
      </w:r>
    </w:p>
    <w:p w14:paraId="78B6C67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6E8E12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¿Alguna idea?</w:t>
      </w:r>
    </w:p>
    <w:p w14:paraId="7F138EB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C5780C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¿Una copa?</w:t>
      </w:r>
    </w:p>
    <w:p w14:paraId="33F48BB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7A1C10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por Dios.</w:t>
      </w:r>
    </w:p>
    <w:p w14:paraId="23761A0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(22. Tierra. Parque.)</w:t>
      </w:r>
    </w:p>
    <w:p w14:paraId="04D26B0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un parque solitario. Sólo hay un hombre tirando pan al suelo, con aspecto aburrido.</w:t>
      </w:r>
    </w:p>
    <w:p w14:paraId="175F7F4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virgen encabeza el grupo, seguida por Ángela y San José.</w:t>
      </w:r>
    </w:p>
    <w:p w14:paraId="45A3451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239EBCA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qué coño pretendéis hacer? ¿Buscar de burdel en burdel hasta encontrar a esa escoria de gente?</w:t>
      </w:r>
    </w:p>
    <w:p w14:paraId="1BB8341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04B29B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parece buena idea. Estaría bien contar con algo de apoyo. ¿Dónde está la Paloma?</w:t>
      </w:r>
    </w:p>
    <w:p w14:paraId="53113FE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virgen va a hablar, pero San José la interrumpe.</w:t>
      </w:r>
    </w:p>
    <w:p w14:paraId="57CD4E9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7A4DEB1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a quién le importa? No le necesitamos para nada. Sé de alguien que nos puede ayudar.</w:t>
      </w:r>
    </w:p>
    <w:p w14:paraId="1A4106E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4BB2D09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¿Quién?</w:t>
      </w:r>
    </w:p>
    <w:p w14:paraId="25FA0B2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 mira al hombre del banco, que continúa tirando pan al suelo.</w:t>
      </w:r>
    </w:p>
    <w:p w14:paraId="048B85A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 (A LA VIRGEN)</w:t>
      </w:r>
    </w:p>
    <w:p w14:paraId="77933C5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 lo prestas un momento?</w:t>
      </w:r>
    </w:p>
    <w:p w14:paraId="667FE72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 coge uno de los cuchillos de la virgen y se lo clava al hombre del banco en el pecho, que cae desplomado.</w:t>
      </w:r>
    </w:p>
    <w:p w14:paraId="53D3602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6F1D106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estás haciendo?</w:t>
      </w:r>
    </w:p>
    <w:p w14:paraId="490B6E3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569078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Necesitaba una víctima. Y este tío era perfecto. Eso le enseñará a no alimentar a la boca que algún día se acostará con su mujer.</w:t>
      </w:r>
    </w:p>
    <w:p w14:paraId="7F5B0B9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62D7F9B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w:t>
      </w:r>
    </w:p>
    <w:p w14:paraId="1293D04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4BAAE64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Déjalo. Mira, por ahí viene.</w:t>
      </w:r>
    </w:p>
    <w:p w14:paraId="764FFBA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Aparece la Muerte caminando, con aspecto cansado.</w:t>
      </w:r>
    </w:p>
    <w:p w14:paraId="7575ACF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3E79C9F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¡Hombre, José! Otra vez aquí.</w:t>
      </w:r>
    </w:p>
    <w:p w14:paraId="6145C5C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4CC1FE5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perdona, he matado a este tío porque necesitaba verte.</w:t>
      </w:r>
    </w:p>
    <w:p w14:paraId="494865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796A6A9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pero apuntaos mi móvil de una vez, que no hace falta estar todo el día asesinando gente para quedar conmigo.</w:t>
      </w:r>
    </w:p>
    <w:p w14:paraId="0287F8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3549922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¿Tú usas móvil?</w:t>
      </w:r>
    </w:p>
    <w:p w14:paraId="62796D1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(INDIGNADO)</w:t>
      </w:r>
    </w:p>
    <w:p w14:paraId="6759EFC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me extraña estar tan solo en la vida.</w:t>
      </w:r>
    </w:p>
    <w:p w14:paraId="0051886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52E9C3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estamos buscando a una gente: Por lo que creo es un Ángel y quizá le ayude alguien más, puede que incluso Satán si están ahí abajo. Quieren impedir que nazca su hijo (señalando a la virgen).</w:t>
      </w:r>
    </w:p>
    <w:p w14:paraId="6CF2BD8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375D637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lo intenten si tienen cojones!</w:t>
      </w:r>
    </w:p>
    <w:p w14:paraId="14BCD4D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2B3F3B4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sí, sí sé que sé dónde están. Ya sabes que aquí no pasa algo sin que yo me entere, pero no sé si contártelo.</w:t>
      </w:r>
    </w:p>
    <w:p w14:paraId="33D25C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282AD3D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eso por qué?</w:t>
      </w:r>
    </w:p>
    <w:p w14:paraId="0E0D43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2DD638E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sé, parece que ahora la Muerte sólo sirve para contar cotilleos y pasar información de unos a otros… Si es así como valoráis mi amistad, no sé, se me quitan las ganas de contaros más cosas.</w:t>
      </w:r>
    </w:p>
    <w:p w14:paraId="0E5130C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5BC8699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 que pasaros información? ¿También les has ayudado a ellos?</w:t>
      </w:r>
    </w:p>
    <w:p w14:paraId="32872A3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066B0C1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José, sabes que soy una persona muy popular, no puedo estar controlando a quién ayudo o a quién no. Pero si queréis ir al infierno, yo os acompaño encantado.</w:t>
      </w:r>
    </w:p>
    <w:p w14:paraId="53BCC5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0BE12C2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si alguien muere mientras vienes?</w:t>
      </w:r>
    </w:p>
    <w:p w14:paraId="58672A6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08D3B78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que espere unos minutos. Yo voy a disfrutar de mi nueva vida social.</w:t>
      </w:r>
    </w:p>
    <w:p w14:paraId="3D334E7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 (A SAN JOSÉ)</w:t>
      </w:r>
    </w:p>
    <w:p w14:paraId="74550D9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¡Dame eso! Lo voy a usar más que tú ahí abajo.</w:t>
      </w:r>
    </w:p>
    <w:p w14:paraId="7DF6E05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Le quita el cuchillo de las manos y avanza, decidida.</w:t>
      </w:r>
    </w:p>
    <w:p w14:paraId="030A953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480B77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¿Adónde va? ¿Sabe por dónde es?</w:t>
      </w:r>
    </w:p>
    <w:p w14:paraId="7AE7365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131D6FC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capaz de abrir un túnel hacia el infierno a navajazos.</w:t>
      </w:r>
    </w:p>
    <w:p w14:paraId="6B5688B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 (PASÁNDOLES LOS BRAZOS POR LOS HOMBROS)</w:t>
      </w:r>
    </w:p>
    <w:p w14:paraId="71C71F9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bien! ¡No conocía a tanta gente desde el Holocausto!</w:t>
      </w:r>
    </w:p>
    <w:p w14:paraId="7F1367F9" w14:textId="77777777" w:rsidR="00872884" w:rsidRPr="009D6BAD" w:rsidRDefault="00872884" w:rsidP="00FD605C">
      <w:pPr>
        <w:jc w:val="both"/>
        <w:rPr>
          <w:rFonts w:ascii="Times New Roman" w:hAnsi="Times New Roman" w:cs="Times New Roman"/>
          <w:sz w:val="24"/>
          <w:szCs w:val="24"/>
        </w:rPr>
      </w:pPr>
    </w:p>
    <w:p w14:paraId="2688BB5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23. Puticlub. Int.</w:t>
      </w:r>
    </w:p>
    <w:p w14:paraId="668894A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abre la puerta y aparece Satán, se mira en el espejo de la puerta y se observa la perilla, se pasa la mano por ella, sonríe y se guiña el ojo, pícaro. Avanza, con timidez.</w:t>
      </w:r>
    </w:p>
    <w:p w14:paraId="20BBE1E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Un par de chicas le miran al pasar y él arquea las cejas, sorprendido. Saca un bote de perfume y se rocía, muchas veces y muy rápido. Se lo guarda en la americana.</w:t>
      </w:r>
    </w:p>
    <w:p w14:paraId="62D516F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Una chica se le acerca.</w:t>
      </w:r>
    </w:p>
    <w:p w14:paraId="23DF756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PUTA</w:t>
      </w:r>
    </w:p>
    <w:p w14:paraId="4EA798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Hola, guapo…</w:t>
      </w:r>
    </w:p>
    <w:p w14:paraId="0E86EE0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mira alrededor, sin saber si se dirige a él.</w:t>
      </w:r>
    </w:p>
    <w:p w14:paraId="6966C5B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PUTA</w:t>
      </w:r>
    </w:p>
    <w:p w14:paraId="26BC777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Te lo digo a ti… Pareces aburrido, ¿te apetece divertirte un rato?</w:t>
      </w:r>
    </w:p>
    <w:p w14:paraId="273F021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3740169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no te lo vas a creer, pero de donde vengo soy el alma de la fiesta. Vamos, no se organizaría un buen desmadre si no es por mí. En la última, me tuve que encargar de todo; preparé unas medias lunas de nocilla, puse algo de buena música, a un volumen suave, que tampoco hace falta volverse sordo para pasar un buen rato, ¿no? Y bueno, bueno, bueno… hasta las ocho y media de la noche sin parar estuvimos. Aún me acuerdo de aquella. Fue un buen siglo.</w:t>
      </w:r>
    </w:p>
    <w:p w14:paraId="30B0018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PUTA</w:t>
      </w:r>
    </w:p>
    <w:p w14:paraId="6B36EA2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¿Quieres follar o no?</w:t>
      </w:r>
    </w:p>
    <w:p w14:paraId="34C306F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(ESCANDALIZADO, LLEVÁNDOSE LA MANO AL PECHO)</w:t>
      </w:r>
    </w:p>
    <w:p w14:paraId="38EFB96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Per-dó-na-me… Es que no sé ni cómo te llamas.</w:t>
      </w:r>
    </w:p>
    <w:p w14:paraId="5FA885A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PUTA</w:t>
      </w:r>
    </w:p>
    <w:p w14:paraId="5F1D0ED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 llamo Sexo. Y me apellido Fácil. ¿Te interesa?</w:t>
      </w:r>
    </w:p>
    <w:p w14:paraId="78CF5BD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460446F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honestamente, un poco sí. ¿Qué clase de padres condenan a su hija a una tarjeta de presentación tan cruda? Claro, no me sorprende que no tengas capacidad para el coqueteo antes de la intimidad. Ya me imagino que contigo habrán ido a saco… Los chicos pueden ser unos cerdos, ¿sabes? Pero oye, aún hay hombres que valen la pena. Auténticos caballeros que no van a lo que van y que todavía les interés el interior de una persona más allá de…</w:t>
      </w:r>
    </w:p>
    <w:p w14:paraId="2D233A3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mira al frente y ve que la chica se ha ido.</w:t>
      </w:r>
    </w:p>
    <w:p w14:paraId="3B7C0FB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2173B5E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Oh… Bueno, con esa actitud, supongo que volveremos a vernos, tarde o temprano… (Mira hacia abajo).</w:t>
      </w:r>
    </w:p>
    <w:p w14:paraId="6F15166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Una hora después, Satán ve como la gente jalea, bebe, esnifa cocaína y baila, mientras está sentado en un rincón de la sala, con los ojos muy abiertos, removiendo una taza de Cola-cao con una cucharilla y soplando suave.</w:t>
      </w:r>
    </w:p>
    <w:p w14:paraId="1709914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le acerca una chica medio desnuda.</w:t>
      </w:r>
    </w:p>
    <w:p w14:paraId="651780F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 MEDIO DESNUDA</w:t>
      </w:r>
    </w:p>
    <w:p w14:paraId="51BAC58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¿Estás solo?</w:t>
      </w:r>
    </w:p>
    <w:p w14:paraId="0539221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7BDE8A5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¿Aquí o en la vida? Para ambas preguntas, la respuesta es sí…</w:t>
      </w:r>
    </w:p>
    <w:p w14:paraId="236E740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 MEDIO DESNUDA</w:t>
      </w:r>
    </w:p>
    <w:p w14:paraId="5F66794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 quieres compañía, podemos tomarnos unas copas…</w:t>
      </w:r>
    </w:p>
    <w:p w14:paraId="794763D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42CF3C0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Te lo agradezco de veras, pero mi único vicio es la risa… Bueno, ¡y el dulce de leche, pero no se lo digas a nadie!</w:t>
      </w:r>
    </w:p>
    <w:p w14:paraId="233DABA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CHICA MEDIO DESNUDA</w:t>
      </w:r>
    </w:p>
    <w:p w14:paraId="0FF030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qué panda de raros hay hoy. Me vuelvo con el viejo que tira dinero…</w:t>
      </w:r>
    </w:p>
    <w:p w14:paraId="0C88C12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mira al fondo y ve a Dios con un saco lleno de dinero y cocaína, tirándoselo a puñados a la muchedumbre. Acto seguido, saca una botella de champán y la agita, mojando a todo el mundo y riendo a carcajadas.</w:t>
      </w:r>
    </w:p>
    <w:p w14:paraId="7566E09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06C3D30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me lo puedo creer!</w:t>
      </w:r>
    </w:p>
    <w:p w14:paraId="2182C3D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 hacia él, decidido, mientras se remanga. Le toca en el hombro, de espaldas, y Dios hace caso omiso.</w:t>
      </w:r>
    </w:p>
    <w:p w14:paraId="309F56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6BB93AE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Buenas noches, caballero…</w:t>
      </w:r>
    </w:p>
    <w:p w14:paraId="3C16CD1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(SIN GIRARSE)</w:t>
      </w:r>
    </w:p>
    <w:p w14:paraId="51C61B4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Espera, coño, ¿no ves que estoy liado?</w:t>
      </w:r>
    </w:p>
    <w:p w14:paraId="3810862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6CF72B1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Yahveh Adonai Eloah Elohim Hashem Jehová Shejiná De Todos los Santos, ¿se puede saber qué estás haciendo?</w:t>
      </w:r>
    </w:p>
    <w:p w14:paraId="613D99B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se queda paralizado. Suelta la botella y se gira lentamente, muy asustado, hasta encontrarse cara a cara con Satán.</w:t>
      </w:r>
    </w:p>
    <w:p w14:paraId="133E61A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(24. Infierno. Hogar de Satán.)</w:t>
      </w:r>
    </w:p>
    <w:p w14:paraId="5B347C7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7988BD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¿Sabes? Casi hasta me caes bien estando borracho.</w:t>
      </w:r>
    </w:p>
    <w:p w14:paraId="0238CAE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7CD1B6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Eso es porque no me has visto en el cielo, a las seis de la mañana con un mojito en una mano y la aureola en la otra, cantando “Haleluya” a gritos.</w:t>
      </w:r>
    </w:p>
    <w:p w14:paraId="72A0C7D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ríe.</w:t>
      </w:r>
    </w:p>
    <w:p w14:paraId="1D202F6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6C7F64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cuéntame. ¿Cómo es la vida por ahí arriba?</w:t>
      </w:r>
    </w:p>
    <w:p w14:paraId="704117C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C3926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Supongo que no muy distinta al infierno. Llegan almas nuevas, se las recibe con el protocolo habitual, y cada noche se organiza una fiesta en la que te obligan a jugar al strip poker y a la botella, hasta las cejas de heroína.</w:t>
      </w:r>
    </w:p>
    <w:p w14:paraId="0775799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(ALUCINANDO)</w:t>
      </w:r>
    </w:p>
    <w:p w14:paraId="40C690E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 lo estás diciendo en serio?</w:t>
      </w:r>
    </w:p>
    <w:p w14:paraId="1CB1380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(DUBITATIVO)</w:t>
      </w:r>
    </w:p>
    <w:p w14:paraId="55BFE73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¡Claro que no!</w:t>
      </w:r>
    </w:p>
    <w:p w14:paraId="3E1543E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Ambos ríen y Ángel mira hacia un lado, abochornado.</w:t>
      </w:r>
    </w:p>
    <w:p w14:paraId="50DACD7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7509DC5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¿Sabes? Es una pena que no estemos en el cielo, porque… eh… me encantaría enseñarte mi paraíso…</w:t>
      </w:r>
    </w:p>
    <w:p w14:paraId="1657150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le mira extrañada.</w:t>
      </w:r>
    </w:p>
    <w:p w14:paraId="25CF81F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4B8DBC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no, no hablo de acostarme contigo, claro que no. Y no porque yo no quiera; sabe Dios que no he pensado en otra cosa desde que te he conocido; pero yo no soy de esos, ¿sabes? No me gusta ir a saco, como esos cerdos de la tierra… Me refiero a llevarte a un sitio bonito, con velas… o no, ¿quizá sin fuego? Bastante fuego verás ya al cabo del día, que tú vives en el infierno…</w:t>
      </w:r>
    </w:p>
    <w:p w14:paraId="62D5653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(RISUEÑA)</w:t>
      </w:r>
    </w:p>
    <w:p w14:paraId="2F9816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Esto se te da fatal.</w:t>
      </w:r>
    </w:p>
    <w:p w14:paraId="78A685A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76139D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Apiádate de mí y échame una mano, haz el favor. Nunca he conocido a nadie que me haya gustado tanto y no sé qué decir.</w:t>
      </w:r>
    </w:p>
    <w:p w14:paraId="57F5E57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(SONRIENTE)</w:t>
      </w:r>
    </w:p>
    <w:p w14:paraId="0F71150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 ahí vas bien.</w:t>
      </w:r>
    </w:p>
    <w:p w14:paraId="004128C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5EC635B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¡Oh! Ah, pues… doy gracias de estar en el infierno, porque… eh… me están entrando… ganas de pecar.</w:t>
      </w:r>
    </w:p>
    <w:p w14:paraId="75072B4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2F1553A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Para, por favor. Déjame a mí.</w:t>
      </w:r>
    </w:p>
    <w:p w14:paraId="60374B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46561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va a ser lo mejor.</w:t>
      </w:r>
    </w:p>
    <w:p w14:paraId="006BA83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3D21AA1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“Ambiente diabólico”.</w:t>
      </w:r>
    </w:p>
    <w:p w14:paraId="4F85FE5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Las luces se tornan más íntimas y empieza a sonar “I'm Never Gonna Dance Again”.</w:t>
      </w:r>
    </w:p>
    <w:p w14:paraId="627BC67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17ABD0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Ese Satán está en todo, eh.</w:t>
      </w:r>
    </w:p>
    <w:p w14:paraId="1CB23C3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CBCC3D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se llega a rey del inframundo sin saber un par de trucos.</w:t>
      </w:r>
    </w:p>
    <w:p w14:paraId="70B1582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(MIRÁNDOLA, EMBELESADO)</w:t>
      </w:r>
    </w:p>
    <w:p w14:paraId="5E90D78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curioso…</w:t>
      </w:r>
    </w:p>
    <w:p w14:paraId="75A8D81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6975DA5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w:t>
      </w:r>
    </w:p>
    <w:p w14:paraId="6946379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5D04D1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He estado en el cielo y en la Tierra y nunca he conocido a nadie como tú.</w:t>
      </w:r>
    </w:p>
    <w:p w14:paraId="632B2B8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Ella le sonríe.</w:t>
      </w:r>
    </w:p>
    <w:p w14:paraId="0A31934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AEC4F0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¿Sabes lo que deberíamos hacer? Subir ahí arriba y obligar a Dios a que tenga cientos de hijos, constantemente. Seremos como esas criaturas que os enviamos constantemente al infierno…</w:t>
      </w:r>
    </w:p>
    <w:p w14:paraId="46A0B4E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1E4806D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¿Los Testigos de Jehová?</w:t>
      </w:r>
    </w:p>
    <w:p w14:paraId="4C3A22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D51C4E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Exacto. Vaya donde vaya Dios, ahí estaremos para presentarle a alguien y obligarle a que tenga hijos, para que llegue el fin del mundo ahí arriba. Así, mientras el cielo arda y se desate el infierno en la Tierra, tú y yo podremos vernos siempre que queramos.</w:t>
      </w:r>
    </w:p>
    <w:p w14:paraId="74FCB62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le mira extrañada.</w:t>
      </w:r>
    </w:p>
    <w:p w14:paraId="1DE3D78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8D0DB5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 estoy volviendo loca si creo que eso es lo más bonito que he oído en mi vida?</w:t>
      </w:r>
    </w:p>
    <w:p w14:paraId="0F7A9AE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se encoje de hombros y se acerca para besarla.</w:t>
      </w:r>
    </w:p>
    <w:p w14:paraId="6D94652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0F98AF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¡Espera!</w:t>
      </w:r>
    </w:p>
    <w:p w14:paraId="3054307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8D43B3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 por la frase de antes del paraíso? Te juro que es la última chorrada que te digo. Maldita Paloma y sus clases de seducción…</w:t>
      </w:r>
    </w:p>
    <w:p w14:paraId="70F1969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7F2AC2E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no es eso. Verás… Tengo que decirte algo. Cuando he mandado a Satán a la Tierra, le di la dirección del mismo lugar en el que dejamos a Dios. Yo tampoco quería dejar de verte y pensé que haciendo eso, se enfrentarían y tendríamos más tiempo para estar juntos si se desataba el caos.</w:t>
      </w:r>
    </w:p>
    <w:p w14:paraId="2683B34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25811D1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locura debe ser contagiosa, porque ahora mismo eso es música celestial para mis oídos.</w:t>
      </w:r>
    </w:p>
    <w:p w14:paraId="65457F4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besan mientras el fuego de las velas se intensifica y la música se eleva.</w:t>
      </w:r>
    </w:p>
    <w:p w14:paraId="362FA52C" w14:textId="77777777" w:rsidR="00872884" w:rsidRPr="009D6BAD" w:rsidRDefault="00872884" w:rsidP="00FD605C">
      <w:pPr>
        <w:jc w:val="both"/>
        <w:rPr>
          <w:rFonts w:ascii="Times New Roman" w:hAnsi="Times New Roman" w:cs="Times New Roman"/>
          <w:sz w:val="24"/>
          <w:szCs w:val="24"/>
        </w:rPr>
      </w:pPr>
    </w:p>
    <w:p w14:paraId="5CE06A8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25 Puticlub.</w:t>
      </w:r>
    </w:p>
    <w:p w14:paraId="28641D0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está frente a Satán, que le mira con el ceño fruncido y los brazos en jarras.</w:t>
      </w:r>
    </w:p>
    <w:p w14:paraId="23B986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1F61469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Primera Guerra Mundial, “que se apañen ellos”; Segunda Guerra Mundial, “una riña tonta la tiene cualquiera”… Ahora, un martes cualquiera, a las… (Mira su reloj de Blancanieves) cuatro de la mañana… y esto sí, esto no podías perdértelo, aquí tenía que intervenir Dios Todopoderoso, pero con urgencia, además.</w:t>
      </w:r>
    </w:p>
    <w:p w14:paraId="71DE88F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013951B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no, Satán, no es lo que crees.</w:t>
      </w:r>
    </w:p>
    <w:p w14:paraId="0F006E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pues discúlpame. Que igual he creído ver al señor del Cielo y la Tierra, padre de todos, tirando cocaína y empapando a un montón de borrachos con alcohol… y en realidad hay una zarza. ¿No? Una zarza ardiendo, que me dice cosas y me hace ver barbaridades que están sólo en mi cabeza. ¿Es eso, a lo mejor?</w:t>
      </w:r>
    </w:p>
    <w:p w14:paraId="1EA8D8A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agacha la cabeza, avergonzado.</w:t>
      </w:r>
    </w:p>
    <w:p w14:paraId="4E8CDDB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0D21AF0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ver si maduramos un poquito. Que te crees que soy uno de tus amigotes y por ahí, no. Ya te dije hace tiempo que por ahí, no.</w:t>
      </w:r>
    </w:p>
    <w:p w14:paraId="6044418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3593F69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¿y tú qué? ¿Qué haces tú aquí y no en tu trono, ahí abajo?</w:t>
      </w:r>
    </w:p>
    <w:p w14:paraId="08690C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(MUY DIGNO)</w:t>
      </w:r>
    </w:p>
    <w:p w14:paraId="4108C37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No tengo por qué dar explicaciones y menos a ti… Pero si quieres saberlo, te diré que ni todo el fuego del infierno puede impedir que se enfríe un corazón si no lo avivas con un poco de calor humano.</w:t>
      </w:r>
    </w:p>
    <w:p w14:paraId="083F13C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76E7976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Coño, Lucy, no sabía que estabas tan mal. (Le pone la mano en el hombro).</w:t>
      </w:r>
    </w:p>
    <w:p w14:paraId="2DA94F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536524B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tú nunca sabes nada, ¿verdad? Parece que “libre albedrío” es un eufemismo precioso con el que evitas decir “no me importa el dolor ajeno”.</w:t>
      </w:r>
    </w:p>
    <w:p w14:paraId="6A3F0BA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0FAFBB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joder, no digas eso. Sabes que te agradezco mucho el haber cuidado de Jesús todos estos años. Yo no habría podido hacerlo mejor.</w:t>
      </w:r>
    </w:p>
    <w:p w14:paraId="63B3147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68249F2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eso es evidente... ¿Y cómo me lo paga la vida? Con monedas de amargura y soledad. “Quédese el cambio, vuelva pronto, muchas gracias”.</w:t>
      </w:r>
    </w:p>
    <w:p w14:paraId="5FFA5C0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22AA6A7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Cago en la leche… (mirando al camarero): Ponnos dos rondas, invito yo.</w:t>
      </w:r>
    </w:p>
    <w:p w14:paraId="7EC327D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(AL CAMARERO)</w:t>
      </w:r>
    </w:p>
    <w:p w14:paraId="1FDCC11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Dos poleo menta. El suyo con tres bolsitas.</w:t>
      </w:r>
    </w:p>
    <w:p w14:paraId="72E97D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CAMARERO (CONFUSO)</w:t>
      </w:r>
    </w:p>
    <w:p w14:paraId="028197E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serio? No jodas.</w:t>
      </w:r>
    </w:p>
    <w:p w14:paraId="40AC8C0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le mira y en sus ojos se refleja el fuego del infierno. El camarero se gira y comienza a prepararlos.</w:t>
      </w:r>
    </w:p>
    <w:p w14:paraId="3685852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3B50E2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Nunca has puesto cuidado en nada. Ni en tu hijo, ni en llevar la paz a la Tierra, ni en cuidar lo que entra en el cielo… Pero si hasta el mundo lo creaste con prisas y sin ningún tipo de interés.</w:t>
      </w:r>
    </w:p>
    <w:p w14:paraId="290107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reflexiona, cabizbajo.</w:t>
      </w:r>
    </w:p>
    <w:p w14:paraId="279AD2F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799B1CF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También es muy solo estar ahí arriba, joder. Yo sólo quería estar en un sitio donde poder relajarme con unos amigos.</w:t>
      </w:r>
    </w:p>
    <w:p w14:paraId="4EB369D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53F0B1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con unos amigos. ¿Crees que esta pandilla de borrachos drogadictos son tus amigos? Esta gente son de la misma calaña que ese Judas fue para nuestro Jesús.</w:t>
      </w:r>
    </w:p>
    <w:p w14:paraId="53D7600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088B100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sabes de lo que hablas. (Se dirige a la gente) ¡Eh, colegas! ¿Quién quiere beber con su colega el Señor?</w:t>
      </w:r>
    </w:p>
    <w:p w14:paraId="59F1EA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Todos jalean y alzan sus copas.</w:t>
      </w:r>
    </w:p>
    <w:p w14:paraId="30ACDFF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73181DF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Muy bien, tú me has obligado. De algún modo hay que abrir los ojos.</w:t>
      </w:r>
    </w:p>
    <w:p w14:paraId="7F4302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Coge la cartera del bolsillo de Dios, chasquea los dedos y ésta arde rápidamente, dejando solo cenizas.</w:t>
      </w:r>
    </w:p>
    <w:p w14:paraId="48C673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004AEFD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Vuestro amigo ya no tiene dinero. ¿Quién quiere ahora charlar con él e invitarle a unas copas?</w:t>
      </w:r>
    </w:p>
    <w:p w14:paraId="55DEDC5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Todos se giran y disimulan, hablando entre sí.</w:t>
      </w:r>
    </w:p>
    <w:p w14:paraId="61B9123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13FD7B5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no tengo ningún amigo de verdad…</w:t>
      </w:r>
    </w:p>
    <w:p w14:paraId="7E716F8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60D06D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w:t>
      </w:r>
    </w:p>
    <w:p w14:paraId="36FFF15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Le pone la mano en el hombro y empiezan a venirle flahsbacks a la cabeza mientras suena “Anyway You Want It”.</w:t>
      </w:r>
    </w:p>
    <w:p w14:paraId="13DA295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las imágenes, se ve a Dios entrando en un piso y a Paloma sujetando una tarta con una multitud de mujeres en ropa interior a su alrededor. Ambos se miran y se sonríen.</w:t>
      </w:r>
    </w:p>
    <w:p w14:paraId="3370B1D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ve a ambos en un parque bebiendo dos litronas, viendo pasar a gente en bici. De pronto, Paloma le da un codazo a Dios, coge una piedra y se la tira a uno de los ciclistas, que cae al suelo fulminado mientras empieza a sangrar. En ese momento, aparece la muerte a llevárselo, les mira enfadado, y estos dos empiezan a reír a carcajadas.</w:t>
      </w:r>
    </w:p>
    <w:p w14:paraId="0562762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les ve en el cielo, en una despedida de soltero. Un par de chicas tiran de las alas de Paloma para que se vaya con ellas, pero este rehúsa y coge a Dios por los hombros, que está completamente borracho, para llevarle de vuelta al trono.</w:t>
      </w:r>
    </w:p>
    <w:p w14:paraId="2D5B2D6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vuelve en sí.</w:t>
      </w:r>
    </w:p>
    <w:p w14:paraId="1DE9989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258FC05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Joder, ¿qué he hecho?</w:t>
      </w:r>
    </w:p>
    <w:p w14:paraId="16D250C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mira a Satán, que le observa, compasivo. Ambos se abrazan.</w:t>
      </w:r>
    </w:p>
    <w:p w14:paraId="1D728CB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4E8DCDF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Gracias Satán. Si algún día quieres subir al cielo…</w:t>
      </w:r>
    </w:p>
    <w:p w14:paraId="3123ED2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4A4EACC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Preferiría la crucifixión. Pero gracias, amigo…</w:t>
      </w:r>
    </w:p>
    <w:p w14:paraId="4746B7B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se marcha y Satán se queda bebiéndose su poleo menta.</w:t>
      </w:r>
    </w:p>
    <w:p w14:paraId="7F03B40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Otra chica se le acerca.</w:t>
      </w:r>
    </w:p>
    <w:p w14:paraId="4C1DB59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PROSTITUTA</w:t>
      </w:r>
    </w:p>
    <w:p w14:paraId="2ACBA43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Llevas mucho tiempo por aquí, guapo. ¿Seguro que no te apetece hacer nada?</w:t>
      </w:r>
    </w:p>
    <w:p w14:paraId="6166B2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la mira, compasivo. Le pone la mano en el hombro.</w:t>
      </w:r>
    </w:p>
    <w:p w14:paraId="3BE776B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39C1FC1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a ti? ¿Qué te apetece hacer?</w:t>
      </w:r>
    </w:p>
    <w:p w14:paraId="61F094E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Empiezan a aparecer imágenes en la cabeza de la chica, mientras suena “Something stupid”.</w:t>
      </w:r>
    </w:p>
    <w:p w14:paraId="658D7BF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ellas, se ve a la chica dejando el trabajo y entrando en una biblioteca al día siguiente. Allí, cruza un par de miradas con el bibliotecario y en la siguiente escena están casándose con un par de libros en los brazos. Después, se les ve tirándose por el suelo con un par de niños alrededor, riendo y leyendo un par de cuentos infantiles.</w:t>
      </w:r>
    </w:p>
    <w:p w14:paraId="7FD9C4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prostituta sale corriendo del sitio. Satán mira a cámara y guiña el ojo.</w:t>
      </w:r>
    </w:p>
    <w:p w14:paraId="604D2E7E" w14:textId="77777777" w:rsidR="00872884" w:rsidRPr="009D6BAD" w:rsidRDefault="00872884" w:rsidP="00FD605C">
      <w:pPr>
        <w:jc w:val="both"/>
        <w:rPr>
          <w:rFonts w:ascii="Times New Roman" w:hAnsi="Times New Roman" w:cs="Times New Roman"/>
          <w:sz w:val="24"/>
          <w:szCs w:val="24"/>
        </w:rPr>
      </w:pPr>
    </w:p>
    <w:p w14:paraId="0BFD745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(26. Infierno.)</w:t>
      </w:r>
    </w:p>
    <w:p w14:paraId="1563E10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regresa a su trono despacio, cansado, mientras se desanuda la corbata.</w:t>
      </w:r>
    </w:p>
    <w:p w14:paraId="33BD8E3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0A0562F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no habré alegrado la noche de nadie, pero sí el resto de sus vidas…</w:t>
      </w:r>
    </w:p>
    <w:p w14:paraId="0BB284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encuentra de frente con Dante, que camina despacio hacia él, a punta de navaja de la Virgen, que le tiene cogido por el cuello.</w:t>
      </w:r>
    </w:p>
    <w:p w14:paraId="5A84D7F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355EB62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¡Oh! ¡Dante! ¿Qué haces por aquí, y tan bien acompañado?</w:t>
      </w:r>
    </w:p>
    <w:p w14:paraId="0D7E438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atrás de Dante y sonríe, tímido.</w:t>
      </w:r>
    </w:p>
    <w:p w14:paraId="3FF100E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DANTE</w:t>
      </w:r>
    </w:p>
    <w:p w14:paraId="1BBBC77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Esta chica me ha pedido que la llevara hasta ti.</w:t>
      </w:r>
    </w:p>
    <w:p w14:paraId="0DDF6F7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4FC3857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y ya me tiene. Puedes dejarnos a solas.</w:t>
      </w:r>
    </w:p>
    <w:p w14:paraId="1AE3F5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virgen retira su brazo del cuello de Dante y éste se escapa.</w:t>
      </w:r>
    </w:p>
    <w:p w14:paraId="364596D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26B854C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Vaya, vaya… Menuda coincidencia. Tú pidiéndole a Dante encontrarme… Y yo pidiéndoselo al destino.</w:t>
      </w:r>
    </w:p>
    <w:p w14:paraId="08982EC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5146764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¿Tú puedes morir? Porque voy a matarte ahora mismo.</w:t>
      </w:r>
    </w:p>
    <w:p w14:paraId="17339B2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31D393C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Lo has hecho desde la primera mirada, dulzura.</w:t>
      </w:r>
    </w:p>
    <w:p w14:paraId="1CD877F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 (CONFUSA)</w:t>
      </w:r>
    </w:p>
    <w:p w14:paraId="377EBCD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tú… ¿eres Satán?</w:t>
      </w:r>
    </w:p>
    <w:p w14:paraId="1420090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2C06575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Llámame Don Diablo.</w:t>
      </w:r>
    </w:p>
    <w:p w14:paraId="0A514E4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se abre la americana y se echa un poco de perfume en el cuello.</w:t>
      </w:r>
    </w:p>
    <w:p w14:paraId="6C34603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 (MIRANDO ALREDEDOR)</w:t>
      </w:r>
    </w:p>
    <w:p w14:paraId="305D06B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serio esto es el infierno? ¿Y dónde está todo el fuego?</w:t>
      </w:r>
    </w:p>
    <w:p w14:paraId="7BD6519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se acerca despacio, coge la mano de la virgen, tira al suelo el cuchillo que sostiene y se la pone en su pecho.</w:t>
      </w:r>
    </w:p>
    <w:p w14:paraId="6805353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(SUSURRANDO, INTENSO)</w:t>
      </w:r>
    </w:p>
    <w:p w14:paraId="2AD883A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Aquí.</w:t>
      </w:r>
    </w:p>
    <w:p w14:paraId="4F3EBE3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3513E7B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Aparta, coño.</w:t>
      </w:r>
    </w:p>
    <w:p w14:paraId="57AD705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33BB5BB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Discúlpame. He sido muy atrevido. Te prometo que no es mi estilo, pero Vanesa y ese Ángel me han insistido tanto en que conociera a  alguien que…</w:t>
      </w:r>
    </w:p>
    <w:p w14:paraId="35B9AE4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2F60BCB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¿Un Ángel? Llévame a esta él.</w:t>
      </w:r>
    </w:p>
    <w:p w14:paraId="2D3515F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6898A23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Sinceramente, me siento un poco despechado ahora mismo. Ni siquiera sabes si es atractivo o si te gusta más que yo, sólo…</w:t>
      </w:r>
    </w:p>
    <w:p w14:paraId="4294BB2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 (cogiéndole por la pechera) ¿Dónde está?</w:t>
      </w:r>
    </w:p>
    <w:p w14:paraId="5EDC9B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la mira con timidez y se sonroja.</w:t>
      </w:r>
    </w:p>
    <w:p w14:paraId="5044E4F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7E10D58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un rincón cálido y confortable al que me gusta llamar mi hogar.</w:t>
      </w:r>
    </w:p>
    <w:p w14:paraId="66DCC1A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virgen le suelta y mira hacia atrás.</w:t>
      </w:r>
    </w:p>
    <w:p w14:paraId="3DFD4E2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39ACE48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chicos! ¡Chicos!</w:t>
      </w:r>
    </w:p>
    <w:p w14:paraId="38C7A9C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5EC9A4A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quién buscas?</w:t>
      </w:r>
    </w:p>
    <w:p w14:paraId="78BEF86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514B8D4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¡Hatajo de inútiles!</w:t>
      </w:r>
    </w:p>
    <w:p w14:paraId="5A7800A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Aparecen San José, Ángela y la Muerte.</w:t>
      </w:r>
    </w:p>
    <w:p w14:paraId="48BE36C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4447380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Os lo dije, sabía que estaba por aquí.</w:t>
      </w:r>
    </w:p>
    <w:p w14:paraId="7B3DE51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108AC7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3715389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4429F68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 ¿Dónde te habías metido? Me has tenido unos días muy preocupado.</w:t>
      </w:r>
    </w:p>
    <w:p w14:paraId="18E3F09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7B9280C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Estaba protegiéndola (señalando a la Virgen)</w:t>
      </w:r>
    </w:p>
    <w:p w14:paraId="3E62AED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6ADABE5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 si me hiciera falta.</w:t>
      </w:r>
    </w:p>
    <w:p w14:paraId="64C4944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64783F4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¿Protegiéndola de qué, por amor de Dios?</w:t>
      </w:r>
    </w:p>
    <w:p w14:paraId="7420737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1BF9781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¿Entonces no sabes nada?</w:t>
      </w:r>
    </w:p>
    <w:p w14:paraId="4C7FD8B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5FA931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 me acusas de ignorante, debo decir que esta vez soy culpable.</w:t>
      </w:r>
    </w:p>
    <w:p w14:paraId="78DDF4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75F84CB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Hay quien quiere impedir que nazca su hijo.</w:t>
      </w:r>
    </w:p>
    <w:p w14:paraId="51A3565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0234A71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¿Su hijo? (Mira a la Virgen): Bueno, debo decir que no se te nota nada el embarazo. (Mira a Ángela): ¿Y qué desalmado querría algo así?</w:t>
      </w:r>
    </w:p>
    <w:p w14:paraId="38FBFD5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3633E65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y un Ángel que creemos que está por aquí.</w:t>
      </w:r>
    </w:p>
    <w:p w14:paraId="0017F39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se lleva las manos a las mejillas, sorprendido.</w:t>
      </w:r>
    </w:p>
    <w:p w14:paraId="31E7CD5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24BDE1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odio ser un aguafiestas, pero vamos a tener que hablar seriamente con esos chicos.</w:t>
      </w:r>
    </w:p>
    <w:p w14:paraId="23703BD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(27. Infierno. Antesala del hogar de Satán.)</w:t>
      </w:r>
    </w:p>
    <w:p w14:paraId="23B3975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Están Muerte, San José, la virgen, Ángela y Satán esperando tras la puerta. Satán llama varias veces con los nudillos a la puerta, sin obtener respuesta.</w:t>
      </w:r>
    </w:p>
    <w:p w14:paraId="3BC0E8D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72B0BDC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 ¡chicos! De verdad que no quiero interrumpir nada, pero hay una gente aquí que quiere veros. ¡Chicos!</w:t>
      </w:r>
    </w:p>
    <w:p w14:paraId="016DF81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escucha un crujir de muelles.</w:t>
      </w:r>
    </w:p>
    <w:p w14:paraId="72D3D1E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4327E68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Madre mía… acababa de cambiar las sábanas.</w:t>
      </w:r>
    </w:p>
    <w:p w14:paraId="6CC2BD9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05F0958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tomar por culo!</w:t>
      </w:r>
    </w:p>
    <w:p w14:paraId="79A4910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Virgen le da una patada a la puerta, destrozándola y al entrar se encuentra a Ángel y Vanesa revolcándose en la cama.</w:t>
      </w:r>
    </w:p>
    <w:p w14:paraId="395D0D4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41D3B60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¡José! ¿Y mi cuchillo?</w:t>
      </w:r>
    </w:p>
    <w:p w14:paraId="71FA5AA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2C753A3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¡Chicos, chicos! Apacigüemos nuestro ánimo, ¿eh?</w:t>
      </w:r>
    </w:p>
    <w:p w14:paraId="2846758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 de refilón a Vanesa y Ángel</w:t>
      </w:r>
    </w:p>
    <w:p w14:paraId="3218261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637B37D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Vosotros no. Me encanta acertar con una pareja.</w:t>
      </w:r>
    </w:p>
    <w:p w14:paraId="091954D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se ruboriza.</w:t>
      </w:r>
    </w:p>
    <w:p w14:paraId="2BD8CF5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3797138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¿cómo has podido?</w:t>
      </w:r>
    </w:p>
    <w:p w14:paraId="39D4CA2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335B34A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Este tren ya partió, Ángela. Es duro, pero tendrás que superarlo.</w:t>
      </w:r>
    </w:p>
    <w:p w14:paraId="4CFF83E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0174B06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 refiero a intentar impedir el nacimiento del hijo de Dios.</w:t>
      </w:r>
    </w:p>
    <w:p w14:paraId="749F433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CE1935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 eso.</w:t>
      </w:r>
    </w:p>
    <w:p w14:paraId="14DEE64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(EMOCIONADO)</w:t>
      </w:r>
    </w:p>
    <w:p w14:paraId="4635BC1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 Dios? Ay cielo santo, ¿Voy a ser tío?</w:t>
      </w:r>
    </w:p>
    <w:p w14:paraId="167D86F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8AF659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serio, ¿Qué le pasa a este tío?</w:t>
      </w:r>
    </w:p>
    <w:p w14:paraId="2BD8D3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virgen se abalanza sobre Ángel y comienza a darle puñetazos. Vanesa intenta detenerla, pero la aparta a empujones.</w:t>
      </w:r>
    </w:p>
    <w:p w14:paraId="382E35F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5FD82EA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¡Maldito desgraciado!</w:t>
      </w:r>
    </w:p>
    <w:p w14:paraId="038276D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trata de cubrirse, pero la virgen le pega más.</w:t>
      </w:r>
    </w:p>
    <w:p w14:paraId="3F14E19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1F1FBB3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¡Ayudadme un poco!</w:t>
      </w:r>
    </w:p>
    <w:p w14:paraId="1F5D365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55FB9FB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¡Ya es tuya, colega!</w:t>
      </w:r>
    </w:p>
    <w:p w14:paraId="312C35E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81DD99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Tú cierra la puta boca, les has traído hasta nosotros.</w:t>
      </w:r>
    </w:p>
    <w:p w14:paraId="7C31E99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21DB67B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Para una vez que quedamos un grupo grande, no hay que ponerse así.</w:t>
      </w:r>
    </w:p>
    <w:p w14:paraId="792625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47685A8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¡Opino lo mismo!</w:t>
      </w:r>
    </w:p>
    <w:p w14:paraId="0966FD1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Muerte le da un codazo de complicidad.</w:t>
      </w:r>
    </w:p>
    <w:p w14:paraId="4F08065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01E901A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Hola, yo soy la Muerte. Apúntate mi número por si quieres tomarte unas birras un día.</w:t>
      </w:r>
    </w:p>
    <w:p w14:paraId="62F1B57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saca el móvil y apunta un número. Mientras, la virgen sigue pegando a Ángel.</w:t>
      </w:r>
    </w:p>
    <w:p w14:paraId="6DCB86D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340123E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 déjale, en serio, así no vas a solucionar nada.</w:t>
      </w:r>
    </w:p>
    <w:p w14:paraId="2ACB0C2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4A9D95E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¡Este desgraciado quería matar a dos críos! ¡El mío y el de Dios!</w:t>
      </w:r>
    </w:p>
    <w:p w14:paraId="1A8C63B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Continúa pegándole aún más fuerte.</w:t>
      </w:r>
    </w:p>
    <w:p w14:paraId="16D9F7B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300DC9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Espera, espera, espera… ¿Tu hijo no lo engendraste con Dios?</w:t>
      </w:r>
    </w:p>
    <w:p w14:paraId="131BF7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virgen deja de pegar a Ángel y mira a Vanesa, extrañada.</w:t>
      </w:r>
    </w:p>
    <w:p w14:paraId="32FF71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0CBECED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Claro que no. A la segunda cerveza ya estaba borracho perdido y lo eché de mi casa.</w:t>
      </w:r>
    </w:p>
    <w:p w14:paraId="0F1225D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464255C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¿Entonces de quién coño es este crío?</w:t>
      </w:r>
    </w:p>
    <w:p w14:paraId="79E0FD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Paloma entra por la puerta, con los brazos en alto y las gafas de sol encima de la cabeza.</w:t>
      </w:r>
    </w:p>
    <w:p w14:paraId="476C9AD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2C7BF0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Chicos… ¿Os mosquearéis mucho si os cuento una cosa?</w:t>
      </w:r>
    </w:p>
    <w:p w14:paraId="29BB088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se incorpora, dolorido.</w:t>
      </w:r>
    </w:p>
    <w:p w14:paraId="0742223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(MIRANDO A LA VIRGEN)</w:t>
      </w:r>
    </w:p>
    <w:p w14:paraId="0F28752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me jodas, ¿con la Paloma en serio?</w:t>
      </w:r>
    </w:p>
    <w:p w14:paraId="1E22F75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3E788C5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¿y qué tiene de malo?</w:t>
      </w:r>
    </w:p>
    <w:p w14:paraId="31ACD27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4E13693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¿Tú también?</w:t>
      </w:r>
    </w:p>
    <w:p w14:paraId="59B9179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2CCB9C5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¿Alguna vez has tenido un hijo que otro no creyera que era suyo?</w:t>
      </w:r>
    </w:p>
    <w:p w14:paraId="1A39287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1DD34BC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Mirad, ¿Qué puedo decir? Lo siento, ¿vale? No estaba preparado para una jaula como esa, soy un ave que vuela libre.</w:t>
      </w:r>
    </w:p>
    <w:p w14:paraId="4E0F019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w:t>
      </w:r>
    </w:p>
    <w:p w14:paraId="30BDA23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Hijo de…</w:t>
      </w:r>
    </w:p>
    <w:p w14:paraId="76055BC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 (A LA PALOMA)</w:t>
      </w:r>
    </w:p>
    <w:p w14:paraId="469E601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coño dices? Después de retozar cinco minutos contigo, empezaste a llorarme diciendo que Dios era tu colega y que te la había jugado.</w:t>
      </w:r>
    </w:p>
    <w:p w14:paraId="44D9562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(EXTRAÑADO)</w:t>
      </w:r>
    </w:p>
    <w:p w14:paraId="60CB036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me dio tiempo a inseminarte, ¿no?</w:t>
      </w:r>
    </w:p>
    <w:p w14:paraId="674ECCE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55179A2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va, eso lo hizo un verdadero semental. Tiene que estar por aquí. (Se asoma a la puerta y empieza a gritar) ¡Eh! ¡Semental! ¿Estás por ahí?</w:t>
      </w:r>
    </w:p>
    <w:p w14:paraId="0580A02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Entra Virgilio por la puerta.</w:t>
      </w:r>
    </w:p>
    <w:p w14:paraId="328CF2E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w:t>
      </w:r>
    </w:p>
    <w:p w14:paraId="644F4F9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¡Ahora me acuerdo! ¡Fue conmigo con quien hizo el coito!</w:t>
      </w:r>
    </w:p>
    <w:p w14:paraId="51AE807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Todos flipan.</w:t>
      </w:r>
    </w:p>
    <w:p w14:paraId="2E826EA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5CDBE35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Esto es una absurdez. No tiene ningún sentido.</w:t>
      </w:r>
    </w:p>
    <w:p w14:paraId="7AAC94C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9D4AE3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has leído la Biblia, ¿no?</w:t>
      </w:r>
    </w:p>
    <w:p w14:paraId="7F2D8EC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(A LA VIRGEN)</w:t>
      </w:r>
    </w:p>
    <w:p w14:paraId="11CC98E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 estás diciendo que el hijo que pensaba que era mío… ¿es de este imbécil?</w:t>
      </w:r>
    </w:p>
    <w:p w14:paraId="7113B48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Virgilio le sonríe ampliamente.</w:t>
      </w:r>
    </w:p>
    <w:p w14:paraId="1C00B51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SAN JOSÉ (DÁNDOLE UNA PALMADA EN LA ESPALDA)</w:t>
      </w:r>
    </w:p>
    <w:p w14:paraId="623039D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Sienta bien, ¿eh?</w:t>
      </w:r>
    </w:p>
    <w:p w14:paraId="6F283BC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se sienta y saca una bolsa de palomitas, que empieza a comer.</w:t>
      </w:r>
    </w:p>
    <w:p w14:paraId="758959F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314D468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Ay, que emoción. (A Paloma y Virgilio) Dime que sois hermanos separados al nacer y que ambos la amáis en silencio.</w:t>
      </w:r>
    </w:p>
    <w:p w14:paraId="7C967A6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 (CORTANDO A SAN JOSÉ)</w:t>
      </w:r>
    </w:p>
    <w:p w14:paraId="33E1F24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no lo entiendo… ¿Cómo se propagó aquí el rumor de que el hijo era de Dios entonces?</w:t>
      </w:r>
    </w:p>
    <w:p w14:paraId="7E19084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215F6E4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Sólo me hizo falta contárselo a una persona y el rumor se propagó al día siguiente.</w:t>
      </w:r>
    </w:p>
    <w:p w14:paraId="65155AC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Todos miran a Muerte.</w:t>
      </w:r>
    </w:p>
    <w:p w14:paraId="7F49443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38CBA2D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 tuvierais un curro como el mío, también os gustaría sociabilizar de vez en cuando.</w:t>
      </w:r>
    </w:p>
    <w:p w14:paraId="7733D5D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1AA0A0D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Qué desgraciado. Ibas a dejarme sola y hacer que Dios cargara con nuestro hijo.</w:t>
      </w:r>
    </w:p>
    <w:p w14:paraId="1F46D68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7BA1005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¿Cómo que nuestro hijo? Si lo engendraste con el amnésico.</w:t>
      </w:r>
    </w:p>
    <w:p w14:paraId="6A97CB4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VIRGEN</w:t>
      </w:r>
    </w:p>
    <w:p w14:paraId="5C5E0E0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¡pero creías que era tuyo y pensabas abandonarlo!</w:t>
      </w:r>
    </w:p>
    <w:p w14:paraId="1F4CF4F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virgen se va a abalanzar sobre él para pegarle, pero Satán la coge por un brazo.</w:t>
      </w:r>
    </w:p>
    <w:p w14:paraId="665E7A1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517E1CA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Tranquila. Mientras esté yo aquí, a esta hermosura no le faltará de nada… (Dice, tocándole la barriga). Ni a tu hijo tampoco.</w:t>
      </w:r>
    </w:p>
    <w:p w14:paraId="6E1DB57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(A SATÁN)</w:t>
      </w:r>
    </w:p>
    <w:p w14:paraId="04C67F2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Pelín machote para ti, ¿no?</w:t>
      </w:r>
    </w:p>
    <w:p w14:paraId="4E09B3F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virgen hace ademán de darle un puñetazo y Ángel se pone al lado de Vanesa.</w:t>
      </w:r>
    </w:p>
    <w:p w14:paraId="654AFE8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Ella le sonríe y él le devuelve la sonrisa, mirando de reojo a la virgen, con miedo.</w:t>
      </w:r>
    </w:p>
    <w:p w14:paraId="0913401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MUERTE</w:t>
      </w:r>
    </w:p>
    <w:p w14:paraId="428D501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Pues ya que estamos todos aquí, nos podríamos hacer una foto de recuerdo, o intercambiar móviles para que nadie tenga que morir cuando queramos quedar otro día.</w:t>
      </w:r>
    </w:p>
    <w:p w14:paraId="4245AD7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061C696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¿Y Dios?</w:t>
      </w:r>
    </w:p>
    <w:p w14:paraId="0B05411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639F7FB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 le conozco medio bien, estará pasando la resaca en el cielo.</w:t>
      </w:r>
    </w:p>
    <w:p w14:paraId="78F3D10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3CA68D7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Por mí que le dure lo que haga falta.</w:t>
      </w:r>
    </w:p>
    <w:p w14:paraId="5C8E411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5863B29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Deberíais hacer las paces. Al fin y al cabo, los amigos están para perdonarse.</w:t>
      </w:r>
    </w:p>
    <w:p w14:paraId="03C6731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Paloma duda.</w:t>
      </w:r>
    </w:p>
    <w:p w14:paraId="6F3B04D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63575C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Deberíais volver al cielo. Este sitio es demasiado duro para tanto ángel.</w:t>
      </w:r>
    </w:p>
    <w:p w14:paraId="0BF3829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 (ABRIENDO EL HORNO Y SACANDO UN PASTEL)</w:t>
      </w:r>
    </w:p>
    <w:p w14:paraId="17E5E95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ni se os ocurra marcharos sin probar un bizcocho que he hecho!</w:t>
      </w:r>
    </w:p>
    <w:p w14:paraId="6A36A76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DC19FC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es aterrador.</w:t>
      </w:r>
    </w:p>
    <w:p w14:paraId="181B11A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Todos se van marchando. Se quedan solos en la habitación Ángel y Vanesa.</w:t>
      </w:r>
    </w:p>
    <w:p w14:paraId="617FDE6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0184B10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Bueno… ha sido divertido. Si alguna vez quieres verme, dale un par de cervezas a Dios…</w:t>
      </w:r>
    </w:p>
    <w:p w14:paraId="5A87FA3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se gira para marcharse, pero Vanesa le da la vuelta y le besa.</w:t>
      </w:r>
    </w:p>
    <w:p w14:paraId="2D96CA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0CF4AFB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Tú te quedas aquí.</w:t>
      </w:r>
    </w:p>
    <w:p w14:paraId="22058E05"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w:t>
      </w:r>
    </w:p>
    <w:p w14:paraId="4A26126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el infierno? ¿No será un poco extraño?</w:t>
      </w:r>
    </w:p>
    <w:p w14:paraId="319E042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 mira a Satán, que está junto a la virgen sonriendo.</w:t>
      </w:r>
    </w:p>
    <w:p w14:paraId="1611AE6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SATÁN</w:t>
      </w:r>
    </w:p>
    <w:p w14:paraId="3F5D3AC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 nace niño, me gustaría llamarle Lucy, como su tío.</w:t>
      </w:r>
    </w:p>
    <w:p w14:paraId="76A5B4F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VANESA</w:t>
      </w:r>
    </w:p>
    <w:p w14:paraId="4E1B860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Aquí todo es un poco extraño.</w:t>
      </w:r>
    </w:p>
    <w:p w14:paraId="10F1736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se encoge de hombros y sale de la habitación, junto a los demás.</w:t>
      </w:r>
    </w:p>
    <w:p w14:paraId="19E57E2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i/>
          <w:sz w:val="24"/>
          <w:szCs w:val="24"/>
        </w:rPr>
        <w:t>(28. Cielo.)</w:t>
      </w:r>
    </w:p>
    <w:p w14:paraId="142667E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Paloma está caminando con Dios, charlando animadamente. Les sigue Ángela atrás.</w:t>
      </w:r>
    </w:p>
    <w:p w14:paraId="206DD84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310FB65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cuando el tío volvió a su casa tenía siete plagas dentro!</w:t>
      </w:r>
    </w:p>
    <w:p w14:paraId="42D34CE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paloma se parte de risa, mientras Dios y él se dan codazos de complicidad.</w:t>
      </w:r>
    </w:p>
    <w:p w14:paraId="3F39E1D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2A9A614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Tío, echaba de menos esto.</w:t>
      </w:r>
    </w:p>
    <w:p w14:paraId="7F92CF0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3E1C875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Yo también, la verdad. Oye, perdona que quisiera hacerte cargar con el crío… Aunque al final no fuera ni mío.</w:t>
      </w:r>
    </w:p>
    <w:p w14:paraId="6781327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627A67A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¡Menudo cabronazo! Ahora entiendo por qué San José quería arrancarte las alas.</w:t>
      </w:r>
    </w:p>
    <w:p w14:paraId="0CE7831B"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289D6BF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Hablando de volar… (se gira hacia Ángela): Espérame en mi nuevo nidito de amor, tesoro, que hoy vas a conocer lo que es el cielo de verdad.</w:t>
      </w:r>
    </w:p>
    <w:p w14:paraId="3A42BAD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w:t>
      </w:r>
    </w:p>
    <w:p w14:paraId="2D05BB9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¡Date prisa y no me hagas esperar!</w:t>
      </w:r>
    </w:p>
    <w:p w14:paraId="4FFA7DA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Ángela se marcha.</w:t>
      </w:r>
    </w:p>
    <w:p w14:paraId="57B240E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6C71FA8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Te tiene cogido por los huevos eh.</w:t>
      </w:r>
    </w:p>
    <w:p w14:paraId="6BA5B20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4EAAFF5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Pero no se lo digas, hazme el favor. Y gracias por dejar que nos quedemos</w:t>
      </w:r>
    </w:p>
    <w:p w14:paraId="1111CBB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72C1575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jodas, tenías razón. Me daba envidia ese imán que tienes para las tías. Así que estate tranquilo, tronco. Aquí siempre habrá sitio para ti.</w:t>
      </w:r>
    </w:p>
    <w:p w14:paraId="7E417ED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 abrazan.</w:t>
      </w:r>
    </w:p>
    <w:p w14:paraId="31AC329C"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Siguen caminando y ven que hay alguien sentado en el trono de Dios, comiendo uvas.</w:t>
      </w:r>
    </w:p>
    <w:p w14:paraId="361E542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4490237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Dios, ¿Hay un ángel en tu trono?</w:t>
      </w:r>
    </w:p>
    <w:p w14:paraId="68AD029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50483DF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Me cago en mí… hay que joderse.</w:t>
      </w:r>
    </w:p>
    <w:p w14:paraId="7E7DAC34"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La Paloma se acerca primero.</w:t>
      </w:r>
    </w:p>
    <w:p w14:paraId="36443CA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72D8A75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Oye nene, no creo que este sea tu sitio, ¿no crees?</w:t>
      </w:r>
    </w:p>
    <w:p w14:paraId="7C9997E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2B65D309"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Ahora sí. Además, ¿Cómo piensas echarme?</w:t>
      </w:r>
    </w:p>
    <w:p w14:paraId="7C5DD0D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Aparece Dios, que le tira al suelo de malas maneras y sin esfuerzo.</w:t>
      </w:r>
    </w:p>
    <w:p w14:paraId="3620C5E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22542E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A tomar por culo, coño.</w:t>
      </w:r>
    </w:p>
    <w:p w14:paraId="128B44C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w:t>
      </w:r>
    </w:p>
    <w:p w14:paraId="03D9259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Señor… ¿Cuándo ha vuelto? Creía que estaba enfermo y…</w:t>
      </w:r>
    </w:p>
    <w:p w14:paraId="3C83A8E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21F4B091"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No, sólo con resaca. La cual voy a solucionar ahora mismo. Tráeme una cerveza.</w:t>
      </w:r>
    </w:p>
    <w:p w14:paraId="4326790D"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 sale corriendo a por ella. Dios mira a Paloma</w:t>
      </w:r>
    </w:p>
    <w:p w14:paraId="35FEC16A"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094EC33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¡Eh!</w:t>
      </w:r>
    </w:p>
    <w:p w14:paraId="2DA5032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 se gira, expectante.</w:t>
      </w:r>
    </w:p>
    <w:p w14:paraId="2E76E302"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21EF968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¡Que sean dos!</w:t>
      </w:r>
    </w:p>
    <w:p w14:paraId="7F6E618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Ángel 3 se marcha corriendo.</w:t>
      </w:r>
    </w:p>
    <w:p w14:paraId="489F6F00"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2772247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¿Y qué piensas hacer ahora?</w:t>
      </w:r>
    </w:p>
    <w:p w14:paraId="60ED1443"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 (SOPESÁNDOLO)</w:t>
      </w:r>
    </w:p>
    <w:p w14:paraId="022F28EF"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Puede que atienda unas cuantas oraciones…</w:t>
      </w:r>
    </w:p>
    <w:p w14:paraId="6641FD16"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 (SORPRENDIDO)</w:t>
      </w:r>
    </w:p>
    <w:p w14:paraId="0C9731E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¿En serio?</w:t>
      </w:r>
    </w:p>
    <w:p w14:paraId="1F622D88"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DIOS</w:t>
      </w:r>
    </w:p>
    <w:p w14:paraId="1479803E"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Sí. Si algo he aprendido ahí abajo… Es que hay demasiada gente para tan poca farlopa. Voy a empezar por ahí.</w:t>
      </w:r>
    </w:p>
    <w:p w14:paraId="1439891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PALOMA</w:t>
      </w:r>
    </w:p>
    <w:p w14:paraId="7E4D0487" w14:textId="77777777" w:rsidR="00872884" w:rsidRPr="009D6BAD" w:rsidRDefault="009D6BAD" w:rsidP="00FD605C">
      <w:pPr>
        <w:jc w:val="both"/>
        <w:rPr>
          <w:rFonts w:ascii="Times New Roman" w:hAnsi="Times New Roman" w:cs="Times New Roman"/>
          <w:sz w:val="24"/>
          <w:szCs w:val="24"/>
        </w:rPr>
      </w:pPr>
      <w:r w:rsidRPr="009D6BAD">
        <w:rPr>
          <w:rFonts w:ascii="Times New Roman" w:hAnsi="Times New Roman" w:cs="Times New Roman"/>
          <w:sz w:val="24"/>
          <w:szCs w:val="24"/>
        </w:rPr>
        <w:t>Buen comienzo, colega.</w:t>
      </w:r>
    </w:p>
    <w:p w14:paraId="6BB3B2B1" w14:textId="77777777" w:rsidR="00872884" w:rsidRPr="009D6BAD" w:rsidRDefault="00872884" w:rsidP="00FD605C">
      <w:pPr>
        <w:jc w:val="both"/>
        <w:rPr>
          <w:rFonts w:ascii="Times New Roman" w:hAnsi="Times New Roman" w:cs="Times New Roman"/>
          <w:sz w:val="24"/>
          <w:szCs w:val="24"/>
        </w:rPr>
      </w:pPr>
    </w:p>
    <w:sectPr w:rsidR="00872884" w:rsidRPr="009D6BAD"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674320"/>
    <w:rsid w:val="00793B7A"/>
    <w:rsid w:val="007C6362"/>
    <w:rsid w:val="00872884"/>
    <w:rsid w:val="009D6BAD"/>
    <w:rsid w:val="00AA1D8D"/>
    <w:rsid w:val="00B47730"/>
    <w:rsid w:val="00CB0664"/>
    <w:rsid w:val="00CE1626"/>
    <w:rsid w:val="00DA730A"/>
    <w:rsid w:val="00FC693F"/>
    <w:rsid w:val="00FD60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F58F41"/>
  <w14:defaultImageDpi w14:val="300"/>
  <w15:docId w15:val="{429362E1-5FBA-4BA1-90FB-99A111470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19189</Words>
  <Characters>105543</Characters>
  <Application>Microsoft Office Word</Application>
  <DocSecurity>0</DocSecurity>
  <Lines>879</Lines>
  <Paragraphs>248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124484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Ivan Muñoz</cp:lastModifiedBy>
  <cp:revision>8</cp:revision>
  <dcterms:created xsi:type="dcterms:W3CDTF">2013-12-23T23:15:00Z</dcterms:created>
  <dcterms:modified xsi:type="dcterms:W3CDTF">2025-09-17T20:56:00Z</dcterms:modified>
  <cp:category/>
</cp:coreProperties>
</file>